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FBCEC" w14:textId="77777777" w:rsidR="00981D2A" w:rsidRPr="00044785" w:rsidRDefault="25DF9699">
      <w:pPr>
        <w:spacing w:before="1700"/>
        <w:jc w:val="center"/>
        <w:rPr>
          <w:lang w:val="fi-FI"/>
        </w:rPr>
      </w:pPr>
      <w:r w:rsidRPr="00044785">
        <w:rPr>
          <w:rFonts w:ascii="Aptos Display" w:hAnsi="Aptos Display"/>
          <w:b/>
          <w:bCs/>
          <w:color w:val="1F4E79"/>
          <w:sz w:val="50"/>
          <w:szCs w:val="50"/>
          <w:lang w:val="fi-FI"/>
        </w:rPr>
        <w:t>Turvakoti Maria</w:t>
      </w:r>
      <w:r w:rsidR="00767360" w:rsidRPr="00044785">
        <w:rPr>
          <w:lang w:val="fi-FI"/>
        </w:rPr>
        <w:br/>
      </w:r>
      <w:r w:rsidRPr="00044785">
        <w:rPr>
          <w:rFonts w:ascii="Aptos Display" w:hAnsi="Aptos Display"/>
          <w:b/>
          <w:bCs/>
          <w:color w:val="1F4E79"/>
          <w:sz w:val="50"/>
          <w:szCs w:val="50"/>
          <w:lang w:val="fi-FI"/>
        </w:rPr>
        <w:t>OMAVALVONTASUUNNITELMA</w:t>
      </w:r>
    </w:p>
    <w:p w14:paraId="10E9B032" w14:textId="647B17E3" w:rsidR="25DF9699" w:rsidRPr="00044785" w:rsidRDefault="25DF9699" w:rsidP="25DF9699">
      <w:pPr>
        <w:pStyle w:val="Alaotsikko"/>
        <w:jc w:val="center"/>
        <w:rPr>
          <w:lang w:val="fi-FI"/>
        </w:rPr>
      </w:pPr>
      <w:r w:rsidRPr="00044785">
        <w:rPr>
          <w:lang w:val="fi-FI"/>
        </w:rPr>
        <w:t>Julkinen versio</w:t>
      </w:r>
    </w:p>
    <w:p w14:paraId="5661A4DC" w14:textId="77777777" w:rsidR="00981D2A" w:rsidRPr="00044785" w:rsidRDefault="25DF9699" w:rsidP="25DF9699">
      <w:pPr>
        <w:jc w:val="center"/>
        <w:rPr>
          <w:lang w:val="fi-FI"/>
        </w:rPr>
      </w:pPr>
      <w:r w:rsidRPr="00044785">
        <w:rPr>
          <w:i/>
          <w:iCs/>
          <w:lang w:val="fi-FI"/>
        </w:rPr>
        <w:t>Päivitetty 1.10.2026</w:t>
      </w:r>
    </w:p>
    <w:p w14:paraId="672A6659" w14:textId="77777777" w:rsidR="00981D2A" w:rsidRPr="00044785" w:rsidRDefault="00767360">
      <w:pPr>
        <w:rPr>
          <w:lang w:val="fi-FI"/>
        </w:rPr>
      </w:pPr>
      <w:r w:rsidRPr="00044785">
        <w:rPr>
          <w:lang w:val="fi-FI"/>
        </w:rPr>
        <w:br w:type="page"/>
      </w:r>
    </w:p>
    <w:p w14:paraId="53F39B5B" w14:textId="77777777" w:rsidR="00981D2A" w:rsidRDefault="00767360">
      <w:pPr>
        <w:pStyle w:val="Otsikko1"/>
      </w:pPr>
      <w:r>
        <w:lastRenderedPageBreak/>
        <w:t>1 Palveluntuottajaa ja palveluyksikköä koskevat tiedot</w:t>
      </w:r>
    </w:p>
    <w:tbl>
      <w:tblPr>
        <w:tblStyle w:val="TaulukkoRuudukko"/>
        <w:tblW w:w="9746" w:type="dxa"/>
        <w:jc w:val="center"/>
        <w:tblLook w:val="04A0" w:firstRow="1" w:lastRow="0" w:firstColumn="1" w:lastColumn="0" w:noHBand="0" w:noVBand="1"/>
      </w:tblPr>
      <w:tblGrid>
        <w:gridCol w:w="4860"/>
        <w:gridCol w:w="13"/>
        <w:gridCol w:w="4847"/>
        <w:gridCol w:w="26"/>
      </w:tblGrid>
      <w:tr w:rsidR="00981D2A" w14:paraId="454C124D" w14:textId="77777777" w:rsidTr="25DF9699">
        <w:trPr>
          <w:jc w:val="center"/>
        </w:trPr>
        <w:tc>
          <w:tcPr>
            <w:tcW w:w="4873" w:type="dxa"/>
            <w:gridSpan w:val="2"/>
            <w:shd w:val="clear" w:color="auto" w:fill="1F4E79"/>
            <w:tcMar>
              <w:top w:w="100" w:type="dxa"/>
              <w:left w:w="120" w:type="dxa"/>
              <w:bottom w:w="100" w:type="dxa"/>
              <w:right w:w="120" w:type="dxa"/>
            </w:tcMar>
            <w:vAlign w:val="center"/>
          </w:tcPr>
          <w:p w14:paraId="0C144B98" w14:textId="77777777" w:rsidR="00981D2A" w:rsidRDefault="00767360">
            <w:r>
              <w:rPr>
                <w:b/>
                <w:color w:val="FFFFFF"/>
              </w:rPr>
              <w:t>Tieto</w:t>
            </w:r>
          </w:p>
        </w:tc>
        <w:tc>
          <w:tcPr>
            <w:tcW w:w="4873" w:type="dxa"/>
            <w:gridSpan w:val="2"/>
            <w:shd w:val="clear" w:color="auto" w:fill="1F4E79"/>
            <w:tcMar>
              <w:top w:w="100" w:type="dxa"/>
              <w:left w:w="120" w:type="dxa"/>
              <w:bottom w:w="100" w:type="dxa"/>
              <w:right w:w="120" w:type="dxa"/>
            </w:tcMar>
            <w:vAlign w:val="center"/>
          </w:tcPr>
          <w:p w14:paraId="74E542C2" w14:textId="77777777" w:rsidR="00981D2A" w:rsidRDefault="00767360">
            <w:r>
              <w:rPr>
                <w:b/>
                <w:color w:val="FFFFFF"/>
              </w:rPr>
              <w:t>Sisältö</w:t>
            </w:r>
          </w:p>
        </w:tc>
      </w:tr>
      <w:tr w:rsidR="00981D2A" w:rsidRPr="00044785" w14:paraId="6839DBF9" w14:textId="77777777" w:rsidTr="25DF9699">
        <w:trPr>
          <w:jc w:val="center"/>
        </w:trPr>
        <w:tc>
          <w:tcPr>
            <w:tcW w:w="4873" w:type="dxa"/>
            <w:gridSpan w:val="2"/>
            <w:tcMar>
              <w:top w:w="100" w:type="dxa"/>
              <w:left w:w="120" w:type="dxa"/>
              <w:bottom w:w="100" w:type="dxa"/>
              <w:right w:w="120" w:type="dxa"/>
            </w:tcMar>
            <w:vAlign w:val="center"/>
          </w:tcPr>
          <w:p w14:paraId="06CC009E" w14:textId="77777777" w:rsidR="00981D2A" w:rsidRDefault="00767360">
            <w:r>
              <w:t>Palveluntuottaja</w:t>
            </w:r>
          </w:p>
        </w:tc>
        <w:tc>
          <w:tcPr>
            <w:tcW w:w="4873" w:type="dxa"/>
            <w:gridSpan w:val="2"/>
            <w:tcMar>
              <w:top w:w="100" w:type="dxa"/>
              <w:left w:w="120" w:type="dxa"/>
              <w:bottom w:w="100" w:type="dxa"/>
              <w:right w:w="120" w:type="dxa"/>
            </w:tcMar>
            <w:vAlign w:val="center"/>
          </w:tcPr>
          <w:p w14:paraId="29743581" w14:textId="77777777" w:rsidR="00981D2A" w:rsidRPr="00044785" w:rsidRDefault="00767360">
            <w:pPr>
              <w:rPr>
                <w:lang w:val="fi-FI"/>
              </w:rPr>
            </w:pPr>
            <w:r w:rsidRPr="00044785">
              <w:rPr>
                <w:lang w:val="fi-FI"/>
              </w:rPr>
              <w:t>Tampereen ensi- ja turvakoti ry</w:t>
            </w:r>
          </w:p>
        </w:tc>
      </w:tr>
      <w:tr w:rsidR="00981D2A" w14:paraId="30D198BA" w14:textId="77777777" w:rsidTr="25DF9699">
        <w:trPr>
          <w:jc w:val="center"/>
        </w:trPr>
        <w:tc>
          <w:tcPr>
            <w:tcW w:w="4873" w:type="dxa"/>
            <w:gridSpan w:val="2"/>
            <w:shd w:val="clear" w:color="auto" w:fill="EEF5F8"/>
            <w:tcMar>
              <w:top w:w="100" w:type="dxa"/>
              <w:left w:w="120" w:type="dxa"/>
              <w:bottom w:w="100" w:type="dxa"/>
              <w:right w:w="120" w:type="dxa"/>
            </w:tcMar>
            <w:vAlign w:val="center"/>
          </w:tcPr>
          <w:p w14:paraId="2D1F995F" w14:textId="77777777" w:rsidR="00981D2A" w:rsidRDefault="00767360">
            <w:r>
              <w:t>Y-tunnus</w:t>
            </w:r>
          </w:p>
        </w:tc>
        <w:tc>
          <w:tcPr>
            <w:tcW w:w="4873" w:type="dxa"/>
            <w:gridSpan w:val="2"/>
            <w:shd w:val="clear" w:color="auto" w:fill="EEF5F8"/>
            <w:tcMar>
              <w:top w:w="100" w:type="dxa"/>
              <w:left w:w="120" w:type="dxa"/>
              <w:bottom w:w="100" w:type="dxa"/>
              <w:right w:w="120" w:type="dxa"/>
            </w:tcMar>
            <w:vAlign w:val="center"/>
          </w:tcPr>
          <w:p w14:paraId="26CFF0D0" w14:textId="77777777" w:rsidR="00981D2A" w:rsidRDefault="00767360">
            <w:r>
              <w:t>0206113-0</w:t>
            </w:r>
          </w:p>
        </w:tc>
      </w:tr>
      <w:tr w:rsidR="00981D2A" w14:paraId="1E58CF33" w14:textId="77777777" w:rsidTr="25DF9699">
        <w:trPr>
          <w:jc w:val="center"/>
        </w:trPr>
        <w:tc>
          <w:tcPr>
            <w:tcW w:w="4873" w:type="dxa"/>
            <w:gridSpan w:val="2"/>
            <w:tcMar>
              <w:top w:w="100" w:type="dxa"/>
              <w:left w:w="120" w:type="dxa"/>
              <w:bottom w:w="100" w:type="dxa"/>
              <w:right w:w="120" w:type="dxa"/>
            </w:tcMar>
            <w:vAlign w:val="center"/>
          </w:tcPr>
          <w:p w14:paraId="2D79535D" w14:textId="77777777" w:rsidR="00981D2A" w:rsidRDefault="00767360">
            <w:r>
              <w:t>Palveluyksikkö</w:t>
            </w:r>
          </w:p>
        </w:tc>
        <w:tc>
          <w:tcPr>
            <w:tcW w:w="4873" w:type="dxa"/>
            <w:gridSpan w:val="2"/>
            <w:tcMar>
              <w:top w:w="100" w:type="dxa"/>
              <w:left w:w="120" w:type="dxa"/>
              <w:bottom w:w="100" w:type="dxa"/>
              <w:right w:w="120" w:type="dxa"/>
            </w:tcMar>
            <w:vAlign w:val="center"/>
          </w:tcPr>
          <w:p w14:paraId="3B868048" w14:textId="77777777" w:rsidR="00981D2A" w:rsidRDefault="00767360">
            <w:r>
              <w:t>Turvakoti Maria</w:t>
            </w:r>
          </w:p>
        </w:tc>
      </w:tr>
      <w:tr w:rsidR="00981D2A" w14:paraId="546B26C5" w14:textId="77777777" w:rsidTr="25DF9699">
        <w:trPr>
          <w:jc w:val="center"/>
        </w:trPr>
        <w:tc>
          <w:tcPr>
            <w:tcW w:w="4873" w:type="dxa"/>
            <w:gridSpan w:val="2"/>
            <w:shd w:val="clear" w:color="auto" w:fill="EEF5F8"/>
            <w:tcMar>
              <w:top w:w="100" w:type="dxa"/>
              <w:left w:w="120" w:type="dxa"/>
              <w:bottom w:w="100" w:type="dxa"/>
              <w:right w:w="120" w:type="dxa"/>
            </w:tcMar>
            <w:vAlign w:val="center"/>
          </w:tcPr>
          <w:p w14:paraId="57C8779A" w14:textId="77777777" w:rsidR="00981D2A" w:rsidRDefault="00767360">
            <w:r>
              <w:t>Sijaintikunta</w:t>
            </w:r>
          </w:p>
        </w:tc>
        <w:tc>
          <w:tcPr>
            <w:tcW w:w="4873" w:type="dxa"/>
            <w:gridSpan w:val="2"/>
            <w:shd w:val="clear" w:color="auto" w:fill="EEF5F8"/>
            <w:tcMar>
              <w:top w:w="100" w:type="dxa"/>
              <w:left w:w="120" w:type="dxa"/>
              <w:bottom w:w="100" w:type="dxa"/>
              <w:right w:w="120" w:type="dxa"/>
            </w:tcMar>
            <w:vAlign w:val="center"/>
          </w:tcPr>
          <w:p w14:paraId="4AB36381" w14:textId="77777777" w:rsidR="00981D2A" w:rsidRDefault="00767360">
            <w:r>
              <w:t>Tampere</w:t>
            </w:r>
          </w:p>
        </w:tc>
      </w:tr>
      <w:tr w:rsidR="00981D2A" w14:paraId="30F50B7F" w14:textId="77777777" w:rsidTr="25DF9699">
        <w:trPr>
          <w:jc w:val="center"/>
        </w:trPr>
        <w:tc>
          <w:tcPr>
            <w:tcW w:w="4873" w:type="dxa"/>
            <w:gridSpan w:val="2"/>
            <w:tcMar>
              <w:top w:w="100" w:type="dxa"/>
              <w:left w:w="120" w:type="dxa"/>
              <w:bottom w:w="100" w:type="dxa"/>
              <w:right w:w="120" w:type="dxa"/>
            </w:tcMar>
            <w:vAlign w:val="center"/>
          </w:tcPr>
          <w:p w14:paraId="37E75CD6" w14:textId="77777777" w:rsidR="00981D2A" w:rsidRDefault="00767360">
            <w:r>
              <w:t>Palvelumuoto</w:t>
            </w:r>
          </w:p>
        </w:tc>
        <w:tc>
          <w:tcPr>
            <w:tcW w:w="4873" w:type="dxa"/>
            <w:gridSpan w:val="2"/>
            <w:tcMar>
              <w:top w:w="100" w:type="dxa"/>
              <w:left w:w="120" w:type="dxa"/>
              <w:bottom w:w="100" w:type="dxa"/>
              <w:right w:w="120" w:type="dxa"/>
            </w:tcMar>
            <w:vAlign w:val="center"/>
          </w:tcPr>
          <w:p w14:paraId="0A62D352" w14:textId="77777777" w:rsidR="00981D2A" w:rsidRDefault="00767360">
            <w:r>
              <w:t>Ympärivuorokautinen, asiakkaalle maksuton turvakotipalvelu</w:t>
            </w:r>
          </w:p>
        </w:tc>
      </w:tr>
      <w:tr w:rsidR="00981D2A" w:rsidRPr="00044785" w14:paraId="52A51796" w14:textId="77777777" w:rsidTr="25DF9699">
        <w:trPr>
          <w:jc w:val="center"/>
        </w:trPr>
        <w:tc>
          <w:tcPr>
            <w:tcW w:w="4873" w:type="dxa"/>
            <w:gridSpan w:val="2"/>
            <w:shd w:val="clear" w:color="auto" w:fill="EEF5F8"/>
            <w:tcMar>
              <w:top w:w="100" w:type="dxa"/>
              <w:left w:w="120" w:type="dxa"/>
              <w:bottom w:w="100" w:type="dxa"/>
              <w:right w:w="120" w:type="dxa"/>
            </w:tcMar>
            <w:vAlign w:val="center"/>
          </w:tcPr>
          <w:p w14:paraId="00738461" w14:textId="77777777" w:rsidR="00981D2A" w:rsidRDefault="00767360">
            <w:r>
              <w:t>Asiakasryhmä</w:t>
            </w:r>
          </w:p>
        </w:tc>
        <w:tc>
          <w:tcPr>
            <w:tcW w:w="4873" w:type="dxa"/>
            <w:gridSpan w:val="2"/>
            <w:shd w:val="clear" w:color="auto" w:fill="EEF5F8"/>
            <w:tcMar>
              <w:top w:w="100" w:type="dxa"/>
              <w:left w:w="120" w:type="dxa"/>
              <w:bottom w:w="100" w:type="dxa"/>
              <w:right w:w="120" w:type="dxa"/>
            </w:tcMar>
            <w:vAlign w:val="center"/>
          </w:tcPr>
          <w:p w14:paraId="6B7583FD" w14:textId="77777777" w:rsidR="00981D2A" w:rsidRPr="00044785" w:rsidRDefault="00767360">
            <w:pPr>
              <w:rPr>
                <w:lang w:val="fi-FI"/>
              </w:rPr>
            </w:pPr>
            <w:r w:rsidRPr="00044785">
              <w:rPr>
                <w:lang w:val="fi-FI"/>
              </w:rPr>
              <w:t>Naiset, naiseksi itsensä identifioivat henkilöt ja heidän mukanaan olevat alaikäiset lapsensa, jotka kokevat lähisuhdeväkivaltaa tai sen uhkaa.</w:t>
            </w:r>
          </w:p>
        </w:tc>
      </w:tr>
      <w:tr w:rsidR="00981D2A" w14:paraId="0FBA22A2" w14:textId="77777777" w:rsidTr="25DF9699">
        <w:trPr>
          <w:jc w:val="center"/>
        </w:trPr>
        <w:tc>
          <w:tcPr>
            <w:tcW w:w="4873" w:type="dxa"/>
            <w:gridSpan w:val="2"/>
            <w:tcMar>
              <w:top w:w="100" w:type="dxa"/>
              <w:left w:w="120" w:type="dxa"/>
              <w:bottom w:w="100" w:type="dxa"/>
              <w:right w:w="120" w:type="dxa"/>
            </w:tcMar>
            <w:vAlign w:val="center"/>
          </w:tcPr>
          <w:p w14:paraId="348EE230" w14:textId="77777777" w:rsidR="00981D2A" w:rsidRDefault="00767360">
            <w:r>
              <w:t>Asiakaspaikat</w:t>
            </w:r>
          </w:p>
        </w:tc>
        <w:tc>
          <w:tcPr>
            <w:tcW w:w="4873" w:type="dxa"/>
            <w:gridSpan w:val="2"/>
            <w:tcMar>
              <w:top w:w="100" w:type="dxa"/>
              <w:left w:w="120" w:type="dxa"/>
              <w:bottom w:w="100" w:type="dxa"/>
              <w:right w:w="120" w:type="dxa"/>
            </w:tcMar>
            <w:vAlign w:val="center"/>
          </w:tcPr>
          <w:p w14:paraId="5D6D8BAB" w14:textId="5244238D" w:rsidR="00981D2A" w:rsidRDefault="25DF9699">
            <w:r>
              <w:t xml:space="preserve">9 perhepaikkaa. </w:t>
            </w:r>
          </w:p>
        </w:tc>
      </w:tr>
      <w:tr w:rsidR="00981D2A" w:rsidRPr="00044785" w14:paraId="57D7E053" w14:textId="77777777" w:rsidTr="25DF9699">
        <w:trPr>
          <w:jc w:val="center"/>
        </w:trPr>
        <w:tc>
          <w:tcPr>
            <w:tcW w:w="4873" w:type="dxa"/>
            <w:gridSpan w:val="2"/>
            <w:shd w:val="clear" w:color="auto" w:fill="EEF5F8"/>
            <w:tcMar>
              <w:top w:w="100" w:type="dxa"/>
              <w:left w:w="120" w:type="dxa"/>
              <w:bottom w:w="100" w:type="dxa"/>
              <w:right w:w="120" w:type="dxa"/>
            </w:tcMar>
            <w:vAlign w:val="center"/>
          </w:tcPr>
          <w:p w14:paraId="5E6289DB" w14:textId="77777777" w:rsidR="00981D2A" w:rsidRDefault="00767360">
            <w:r>
              <w:t>Yhteydenotto</w:t>
            </w:r>
          </w:p>
        </w:tc>
        <w:tc>
          <w:tcPr>
            <w:tcW w:w="4873" w:type="dxa"/>
            <w:gridSpan w:val="2"/>
            <w:shd w:val="clear" w:color="auto" w:fill="EEF5F8"/>
            <w:tcMar>
              <w:top w:w="100" w:type="dxa"/>
              <w:left w:w="120" w:type="dxa"/>
              <w:bottom w:w="100" w:type="dxa"/>
              <w:right w:w="120" w:type="dxa"/>
            </w:tcMar>
            <w:vAlign w:val="center"/>
          </w:tcPr>
          <w:p w14:paraId="678054B3" w14:textId="77777777" w:rsidR="00981D2A" w:rsidRPr="00044785" w:rsidRDefault="00767360">
            <w:pPr>
              <w:rPr>
                <w:lang w:val="fi-FI"/>
              </w:rPr>
            </w:pPr>
            <w:r w:rsidRPr="00044785">
              <w:rPr>
                <w:lang w:val="fi-FI"/>
              </w:rPr>
              <w:t>Salainen osoite; yhteys aina puhelimitse 050 337 3205; turvakotimaria@tetuko.fi. Osoitetta ei julkaista omavalvontasuunnitelmassa.</w:t>
            </w:r>
          </w:p>
        </w:tc>
      </w:tr>
      <w:tr w:rsidR="00981D2A" w:rsidRPr="00044785" w14:paraId="2E444449" w14:textId="77777777" w:rsidTr="25DF9699">
        <w:trPr>
          <w:gridAfter w:val="1"/>
          <w:wAfter w:w="26" w:type="dxa"/>
          <w:jc w:val="center"/>
        </w:trPr>
        <w:tc>
          <w:tcPr>
            <w:tcW w:w="4860" w:type="dxa"/>
            <w:tcMar>
              <w:top w:w="100" w:type="dxa"/>
              <w:left w:w="120" w:type="dxa"/>
              <w:bottom w:w="100" w:type="dxa"/>
              <w:right w:w="120" w:type="dxa"/>
            </w:tcMar>
            <w:vAlign w:val="center"/>
          </w:tcPr>
          <w:p w14:paraId="1AE16711" w14:textId="5C9D369C" w:rsidR="25DF9699" w:rsidRDefault="25DF9699" w:rsidP="25DF9699">
            <w:r>
              <w:t>Palveluyksikön vastuuhenkilö</w:t>
            </w:r>
          </w:p>
        </w:tc>
        <w:tc>
          <w:tcPr>
            <w:tcW w:w="4860" w:type="dxa"/>
            <w:gridSpan w:val="2"/>
          </w:tcPr>
          <w:p w14:paraId="39B9E151" w14:textId="0AD59A14" w:rsidR="25DF9699" w:rsidRPr="00044785" w:rsidRDefault="25DF9699" w:rsidP="25DF9699">
            <w:pPr>
              <w:rPr>
                <w:lang w:val="fi-FI"/>
              </w:rPr>
            </w:pPr>
            <w:r w:rsidRPr="00044785">
              <w:rPr>
                <w:lang w:val="fi-FI"/>
              </w:rPr>
              <w:t>Milka Suuniittu-Sakari</w:t>
            </w:r>
            <w:r w:rsidRPr="00044785">
              <w:rPr>
                <w:lang w:val="fi-FI"/>
              </w:rPr>
              <w:br/>
              <w:t>Turvakotipalvelujen päällikkö</w:t>
            </w:r>
            <w:r w:rsidRPr="00044785">
              <w:rPr>
                <w:lang w:val="fi-FI"/>
              </w:rPr>
              <w:br/>
              <w:t>Sähköposti: milka.suuniittu-sakari@tetuko.fi</w:t>
            </w:r>
          </w:p>
        </w:tc>
      </w:tr>
      <w:tr w:rsidR="00981D2A" w:rsidRPr="00044785" w14:paraId="3AE0826F" w14:textId="77777777" w:rsidTr="25DF9699">
        <w:trPr>
          <w:jc w:val="center"/>
        </w:trPr>
        <w:tc>
          <w:tcPr>
            <w:tcW w:w="4873" w:type="dxa"/>
            <w:gridSpan w:val="2"/>
            <w:shd w:val="clear" w:color="auto" w:fill="EEF5F8"/>
            <w:tcMar>
              <w:top w:w="100" w:type="dxa"/>
              <w:left w:w="120" w:type="dxa"/>
              <w:bottom w:w="100" w:type="dxa"/>
              <w:right w:w="120" w:type="dxa"/>
            </w:tcMar>
            <w:vAlign w:val="center"/>
          </w:tcPr>
          <w:p w14:paraId="71813467" w14:textId="77777777" w:rsidR="00981D2A" w:rsidRDefault="00767360">
            <w:r>
              <w:t>Palveluntuottajan toiminnan johtaja</w:t>
            </w:r>
          </w:p>
        </w:tc>
        <w:tc>
          <w:tcPr>
            <w:tcW w:w="4873" w:type="dxa"/>
            <w:gridSpan w:val="2"/>
            <w:shd w:val="clear" w:color="auto" w:fill="EEF5F8"/>
            <w:tcMar>
              <w:top w:w="100" w:type="dxa"/>
              <w:left w:w="120" w:type="dxa"/>
              <w:bottom w:w="100" w:type="dxa"/>
              <w:right w:w="120" w:type="dxa"/>
            </w:tcMar>
            <w:vAlign w:val="center"/>
          </w:tcPr>
          <w:p w14:paraId="347464F6" w14:textId="77777777" w:rsidR="00981D2A" w:rsidRPr="00044785" w:rsidRDefault="00767360">
            <w:pPr>
              <w:rPr>
                <w:lang w:val="fi-FI"/>
              </w:rPr>
            </w:pPr>
            <w:r w:rsidRPr="00044785">
              <w:rPr>
                <w:lang w:val="fi-FI"/>
              </w:rPr>
              <w:t>Milka Suuniittu-Sakari, turvakotipalvelujen päällikkö</w:t>
            </w:r>
          </w:p>
        </w:tc>
      </w:tr>
      <w:tr w:rsidR="00981D2A" w14:paraId="3A50A195" w14:textId="77777777" w:rsidTr="25DF9699">
        <w:trPr>
          <w:jc w:val="center"/>
        </w:trPr>
        <w:tc>
          <w:tcPr>
            <w:tcW w:w="4873" w:type="dxa"/>
            <w:gridSpan w:val="2"/>
            <w:tcMar>
              <w:top w:w="100" w:type="dxa"/>
              <w:left w:w="120" w:type="dxa"/>
              <w:bottom w:w="100" w:type="dxa"/>
              <w:right w:w="120" w:type="dxa"/>
            </w:tcMar>
            <w:vAlign w:val="center"/>
          </w:tcPr>
          <w:p w14:paraId="4A54F147" w14:textId="77777777" w:rsidR="00981D2A" w:rsidRDefault="00767360">
            <w:r>
              <w:t>Rekisteröinti</w:t>
            </w:r>
          </w:p>
        </w:tc>
        <w:tc>
          <w:tcPr>
            <w:tcW w:w="4873" w:type="dxa"/>
            <w:gridSpan w:val="2"/>
            <w:tcMar>
              <w:top w:w="100" w:type="dxa"/>
              <w:left w:w="120" w:type="dxa"/>
              <w:bottom w:w="100" w:type="dxa"/>
              <w:right w:w="120" w:type="dxa"/>
            </w:tcMar>
            <w:vAlign w:val="center"/>
          </w:tcPr>
          <w:p w14:paraId="7FC57E1A" w14:textId="320C1309" w:rsidR="25DF9699" w:rsidRDefault="25DF9699" w:rsidP="25DF9699">
            <w:r w:rsidRPr="00044785">
              <w:rPr>
                <w:b/>
                <w:bCs/>
                <w:lang w:val="fi-FI"/>
              </w:rPr>
              <w:t>Muutoslupapäätös:</w:t>
            </w:r>
            <w:r w:rsidRPr="00044785">
              <w:rPr>
                <w:lang w:val="fi-FI"/>
              </w:rPr>
              <w:t xml:space="preserve"> Lupa- ja valvontavirasto 8.6.2026, asiantunnus LVV-S/17902/2026. </w:t>
            </w:r>
            <w:r>
              <w:t xml:space="preserve">Muutokset on rekisteröity Soteri-rekisteriin hakemuksen mukaisesti 27.7.2026 alkaen. </w:t>
            </w:r>
          </w:p>
          <w:p w14:paraId="499F45FF" w14:textId="10359E8E" w:rsidR="25DF9699" w:rsidRDefault="25DF9699" w:rsidP="25DF9699"/>
        </w:tc>
      </w:tr>
    </w:tbl>
    <w:p w14:paraId="220E87A0" w14:textId="77777777" w:rsidR="00981D2A" w:rsidRDefault="00767360">
      <w:pPr>
        <w:pStyle w:val="Otsikko2"/>
      </w:pPr>
      <w:r>
        <w:t>Osto- ja alihankintapalvelut</w:t>
      </w:r>
    </w:p>
    <w:p w14:paraId="32D4DCF6" w14:textId="77777777" w:rsidR="00981D2A" w:rsidRPr="00044785" w:rsidRDefault="00767360">
      <w:pPr>
        <w:rPr>
          <w:lang w:val="fi-FI"/>
        </w:rPr>
      </w:pPr>
      <w:r w:rsidRPr="00044785">
        <w:rPr>
          <w:lang w:val="fi-FI"/>
        </w:rPr>
        <w:t>Omavalvonta kattaa myös palveluyksikön lukuun tuotettavat osto- ja alihankintapalvelut. Ajantasaiset toimittajat ylläpidetään sisäisessä sopimus- ja toimittajaluettelossa. Julkisessa suunnitelmassa kuvataan palvelulajit, valvontaperiaatteet ja vastuut, mutta ei turvallisuusjärjestelmien teknisiä toteutustietoja.</w:t>
      </w:r>
    </w:p>
    <w:p w14:paraId="5EEF832B" w14:textId="4CE88061" w:rsidR="00981D2A" w:rsidRPr="00044785" w:rsidRDefault="25DF9699">
      <w:pPr>
        <w:pStyle w:val="Merkittyluettelo"/>
        <w:rPr>
          <w:lang w:val="fi-FI"/>
        </w:rPr>
      </w:pPr>
      <w:r w:rsidRPr="00044785">
        <w:rPr>
          <w:lang w:val="fi-FI"/>
        </w:rPr>
        <w:t>Palvelulajeja ovat siivous, kiinteistöhuolto, tulkkaus, henkilöturva ja vartiointi,</w:t>
      </w:r>
      <w:r w:rsidR="33CF748D" w:rsidRPr="00044785">
        <w:rPr>
          <w:lang w:val="fi-FI"/>
        </w:rPr>
        <w:t xml:space="preserve"> </w:t>
      </w:r>
      <w:r w:rsidRPr="00044785">
        <w:rPr>
          <w:lang w:val="fi-FI"/>
        </w:rPr>
        <w:t>ICT ja asiakastietojärjestelmä. Kiinteistöhuolto kokonaisuudessaan kuuluu Treilin vastuulle. Tampereen ensi- ja turvakoti ry vastaa siivouksesta, jätehuollosta ja turvallisuusjärjestelmistä.</w:t>
      </w:r>
    </w:p>
    <w:p w14:paraId="7E8C9ABA" w14:textId="77777777" w:rsidR="00981D2A" w:rsidRPr="00044785" w:rsidRDefault="00767360">
      <w:pPr>
        <w:pStyle w:val="Merkittyluettelo"/>
        <w:rPr>
          <w:lang w:val="fi-FI"/>
        </w:rPr>
      </w:pPr>
      <w:r w:rsidRPr="00044785">
        <w:rPr>
          <w:lang w:val="fi-FI"/>
        </w:rPr>
        <w:lastRenderedPageBreak/>
        <w:t>Laatua ja sopimuksenmukaisuutta seurataan palautteen, poikkeamien, reklamaatioiden, palvelutasotietojen ja yhteistyöpalaverien avulla.</w:t>
      </w:r>
    </w:p>
    <w:p w14:paraId="03D36E73" w14:textId="77777777" w:rsidR="00981D2A" w:rsidRPr="00044785" w:rsidRDefault="00767360">
      <w:pPr>
        <w:pStyle w:val="Merkittyluettelo"/>
        <w:rPr>
          <w:lang w:val="fi-FI"/>
        </w:rPr>
      </w:pPr>
      <w:r w:rsidRPr="00044785">
        <w:rPr>
          <w:lang w:val="fi-FI"/>
        </w:rPr>
        <w:t>Puutteille nimetään vastuuhenkilö ja määräaika; korjaaminen ja mahdollinen ilmoittaminen varmistetaan.</w:t>
      </w:r>
    </w:p>
    <w:p w14:paraId="394050E8" w14:textId="77777777" w:rsidR="00981D2A" w:rsidRPr="00044785" w:rsidRDefault="00767360">
      <w:pPr>
        <w:pStyle w:val="Otsikko1"/>
        <w:rPr>
          <w:lang w:val="fi-FI"/>
        </w:rPr>
      </w:pPr>
      <w:r w:rsidRPr="00044785">
        <w:rPr>
          <w:lang w:val="fi-FI"/>
        </w:rPr>
        <w:t>2 Omavalvontasuunnitelman laatiminen</w:t>
      </w:r>
    </w:p>
    <w:p w14:paraId="7A509E97" w14:textId="3B4BCCB1" w:rsidR="00981D2A" w:rsidRDefault="25DF9699" w:rsidP="25DF9699">
      <w:r w:rsidRPr="00044785">
        <w:rPr>
          <w:lang w:val="fi-FI"/>
        </w:rPr>
        <w:t xml:space="preserve">Suunnitelman laatimisesta, toimeenpanosta ja päivittämisestä vastaa turvakotipalvelujen päällikkö </w:t>
      </w:r>
      <w:r w:rsidR="2F1D1A13" w:rsidRPr="00044785">
        <w:rPr>
          <w:lang w:val="fi-FI"/>
        </w:rPr>
        <w:t xml:space="preserve">yhdessä vastaavan sosiaalityöntekijän </w:t>
      </w:r>
      <w:r w:rsidRPr="00044785">
        <w:rPr>
          <w:lang w:val="fi-FI"/>
        </w:rPr>
        <w:t xml:space="preserve">kanssa. </w:t>
      </w:r>
      <w:r>
        <w:t>Henkilöstö osallistuu riskien, laatupoikkeamien ja kehittämistarpeiden tunnistamiseen.</w:t>
      </w:r>
    </w:p>
    <w:p w14:paraId="5A33631D" w14:textId="77777777" w:rsidR="00981D2A" w:rsidRPr="00044785" w:rsidRDefault="25DF9699">
      <w:pPr>
        <w:pStyle w:val="Merkittyluettelo"/>
        <w:rPr>
          <w:lang w:val="fi-FI"/>
        </w:rPr>
      </w:pPr>
      <w:r w:rsidRPr="00044785">
        <w:rPr>
          <w:lang w:val="fi-FI"/>
        </w:rPr>
        <w:t>Tietolähteitä ovat asiakas- ja henkilöstöpalaute, muistutukset, vaaratapahtumat ja läheltä piti -tilanteet, tietoturvapoikkeamat, riskikartoitukset, valvontahavainnot sekä ostopalvelujen seuranta.</w:t>
      </w:r>
    </w:p>
    <w:p w14:paraId="7382CE69" w14:textId="77777777" w:rsidR="00981D2A" w:rsidRPr="00044785" w:rsidRDefault="00767360">
      <w:pPr>
        <w:pStyle w:val="Otsikko1"/>
        <w:rPr>
          <w:lang w:val="fi-FI"/>
        </w:rPr>
      </w:pPr>
      <w:r w:rsidRPr="00044785">
        <w:rPr>
          <w:lang w:val="fi-FI"/>
        </w:rPr>
        <w:t>3 Palvelut, toiminta-ajatus ja toimintaperiaatteet</w:t>
      </w:r>
    </w:p>
    <w:p w14:paraId="148D19F4" w14:textId="77777777" w:rsidR="00981D2A" w:rsidRPr="00044785" w:rsidRDefault="25DF9699" w:rsidP="25DF9699">
      <w:pPr>
        <w:rPr>
          <w:lang w:val="fi-FI"/>
        </w:rPr>
      </w:pPr>
      <w:r w:rsidRPr="00044785">
        <w:rPr>
          <w:lang w:val="fi-FI"/>
        </w:rPr>
        <w:t>Turvakoti tarjoaa välitöntä kriisiapua, ympärivuorokautista turvattua asumista sekä akuuttiin tilanteeseen liittyvää psykososiaalista tukea, neuvontaa ja ohjausta. Palveluun hakeudutaan ilman lähetettä ja asuinkunnasta riippumatta. Työskentely perustuu traumainformoituun työotteeseen, asiakkaan osallisuuteen, luotettavuuteen, kunnioitukseen ja toivon vahvistamiseen.</w:t>
      </w:r>
    </w:p>
    <w:p w14:paraId="0AB93DCB" w14:textId="3E5F8D17" w:rsidR="00981D2A" w:rsidRPr="00044785" w:rsidRDefault="25DF9699">
      <w:pPr>
        <w:pStyle w:val="Merkittyluettelo"/>
        <w:rPr>
          <w:lang w:val="fi-FI"/>
        </w:rPr>
      </w:pPr>
      <w:r w:rsidRPr="00044785">
        <w:rPr>
          <w:lang w:val="fi-FI"/>
        </w:rPr>
        <w:t xml:space="preserve">Asiakasprosessi sisältää </w:t>
      </w:r>
      <w:r w:rsidR="1D8FFACF" w:rsidRPr="00044785">
        <w:rPr>
          <w:lang w:val="fi-FI"/>
        </w:rPr>
        <w:t>alku</w:t>
      </w:r>
      <w:r w:rsidRPr="00044785">
        <w:rPr>
          <w:lang w:val="fi-FI"/>
        </w:rPr>
        <w:t xml:space="preserve">arvion, yksilöllisen </w:t>
      </w:r>
      <w:r w:rsidR="0B561483" w:rsidRPr="00044785">
        <w:rPr>
          <w:lang w:val="fi-FI"/>
        </w:rPr>
        <w:t>turvakoti</w:t>
      </w:r>
      <w:r w:rsidRPr="00044785">
        <w:rPr>
          <w:lang w:val="fi-FI"/>
        </w:rPr>
        <w:t>palvelutarpeen ja väkivallan riskin arvioinnin, turvakotipalvelusuunnitelman, jatkuvan riskinarvion ja</w:t>
      </w:r>
      <w:r w:rsidR="6A367977" w:rsidRPr="00044785">
        <w:rPr>
          <w:lang w:val="fi-FI"/>
        </w:rPr>
        <w:t xml:space="preserve"> mahdollisimman</w:t>
      </w:r>
      <w:r w:rsidRPr="00044785">
        <w:rPr>
          <w:lang w:val="fi-FI"/>
        </w:rPr>
        <w:t xml:space="preserve"> turvallisen jakson päättämisen.</w:t>
      </w:r>
    </w:p>
    <w:p w14:paraId="4099CE38" w14:textId="77777777" w:rsidR="00981D2A" w:rsidRDefault="25DF9699">
      <w:pPr>
        <w:pStyle w:val="Merkittyluettelo"/>
      </w:pPr>
      <w:r w:rsidRPr="00044785">
        <w:rPr>
          <w:lang w:val="fi-FI"/>
        </w:rPr>
        <w:t xml:space="preserve">Lapsi kohdataan omana asiakkaanaan ikä- ja kehitystasonsa mukaisesti. </w:t>
      </w:r>
      <w:r>
        <w:t>Lapsen turvallisuus, osallisuus, arjen jatkuvuus ja tarvittavat ilmoitukset varmistetaan.</w:t>
      </w:r>
    </w:p>
    <w:p w14:paraId="0763F995" w14:textId="77777777" w:rsidR="00981D2A" w:rsidRDefault="25DF9699">
      <w:pPr>
        <w:pStyle w:val="Merkittyluettelo"/>
      </w:pPr>
      <w:r w:rsidRPr="00044785">
        <w:rPr>
          <w:lang w:val="fi-FI"/>
        </w:rPr>
        <w:t xml:space="preserve">Monialainen yhteistyö aloitetaan asiakkaan suostumuksella viivytyksettä. </w:t>
      </w:r>
      <w:r>
        <w:t>Lakisääteiset ilmoitukset tehdään salassapidon estämättä.</w:t>
      </w:r>
    </w:p>
    <w:p w14:paraId="4988A035" w14:textId="77777777" w:rsidR="00981D2A" w:rsidRPr="00044785" w:rsidRDefault="25DF9699">
      <w:pPr>
        <w:pStyle w:val="Merkittyluettelo"/>
        <w:rPr>
          <w:lang w:val="fi-FI"/>
        </w:rPr>
      </w:pPr>
      <w:r w:rsidRPr="00044785">
        <w:rPr>
          <w:lang w:val="fi-FI"/>
        </w:rPr>
        <w:t>Palvelun epääminen, keskeyttäminen tai päättäminen perustuu yksilölliseen kokonaisarvioon ja turvalliseen ohjaukseen, ei yksittäiseen diagnoosiin tai ominaisuuteen.</w:t>
      </w:r>
    </w:p>
    <w:p w14:paraId="350E0F2A" w14:textId="77777777" w:rsidR="00981D2A" w:rsidRPr="00044785" w:rsidRDefault="00767360">
      <w:pPr>
        <w:pStyle w:val="Otsikko1"/>
        <w:rPr>
          <w:lang w:val="fi-FI"/>
        </w:rPr>
      </w:pPr>
      <w:r w:rsidRPr="00044785">
        <w:rPr>
          <w:lang w:val="fi-FI"/>
        </w:rPr>
        <w:t>4 Asiakasturvallisuus ja palvelujen laatu</w:t>
      </w:r>
    </w:p>
    <w:p w14:paraId="16E0F0EB" w14:textId="77777777" w:rsidR="00981D2A" w:rsidRDefault="25DF9699" w:rsidP="25DF9699">
      <w:r w:rsidRPr="00044785">
        <w:rPr>
          <w:lang w:val="fi-FI"/>
        </w:rPr>
        <w:t xml:space="preserve">Omavalvonnalla varmistetaan asiakkaiden fyysinen, psyykkinen, sosiaalinen ja tietoturvallisuus sekä palvelun saatavuus, jatkuvuus, yhdenvertaisuus ja asianmukaisuus. </w:t>
      </w:r>
      <w:r>
        <w:t>Turvallisuutta arvioidaan koko asiakasprosessin ajan.</w:t>
      </w:r>
    </w:p>
    <w:p w14:paraId="30C29DB2" w14:textId="77777777" w:rsidR="00981D2A" w:rsidRDefault="00767360">
      <w:pPr>
        <w:pStyle w:val="Otsikko2"/>
      </w:pPr>
      <w:r>
        <w:t>4.1 Laadulliset edellytykset ja vastuut</w:t>
      </w:r>
    </w:p>
    <w:p w14:paraId="47AA1563" w14:textId="502AE4C0" w:rsidR="00981D2A" w:rsidRPr="00044785" w:rsidRDefault="25DF9699">
      <w:pPr>
        <w:pStyle w:val="Merkittyluettelo"/>
        <w:rPr>
          <w:lang w:val="fi-FI"/>
        </w:rPr>
      </w:pPr>
      <w:r w:rsidRPr="00044785">
        <w:rPr>
          <w:lang w:val="fi-FI"/>
        </w:rPr>
        <w:t>Palveluyksikön rekisteröity vastuuhenkilö valvoo päivittäistä toimintaa ja varmistaa, että henkilöstö, toimitilat, välineet ja toimintatavat täyttävät vaatimukset.</w:t>
      </w:r>
    </w:p>
    <w:p w14:paraId="61510DBA" w14:textId="77777777" w:rsidR="00981D2A" w:rsidRPr="00044785" w:rsidRDefault="25DF9699">
      <w:pPr>
        <w:pStyle w:val="Merkittyluettelo"/>
        <w:rPr>
          <w:lang w:val="fi-FI"/>
        </w:rPr>
      </w:pPr>
      <w:r w:rsidRPr="00044785">
        <w:rPr>
          <w:lang w:val="fi-FI"/>
        </w:rPr>
        <w:t>Turvakotipalvelujen päällikkö vastaa palvelukokonaisuuden yhdenvertaisuudesta, laadun johtamisesta ja omavalvonnan edellytyksistä.</w:t>
      </w:r>
    </w:p>
    <w:p w14:paraId="51C2FD8C" w14:textId="77777777" w:rsidR="00981D2A" w:rsidRPr="00044785" w:rsidRDefault="25DF9699">
      <w:pPr>
        <w:pStyle w:val="Merkittyluettelo"/>
        <w:rPr>
          <w:lang w:val="fi-FI"/>
        </w:rPr>
      </w:pPr>
      <w:r w:rsidRPr="00044785">
        <w:rPr>
          <w:lang w:val="fi-FI"/>
        </w:rPr>
        <w:t>Laatua seurataan vähintään palveluun pääsyn, riskinarvion, monialaisen yhteistyön, henkilöstön riittävyyden ja palautteen osalta. Indikaattoreina ovat muun muassa THL:n turvakotityön tilastot, asiakaspalautteet sekä sosiaalityöntekijöiden rakenteellisen sosiaalityön havainnot.</w:t>
      </w:r>
    </w:p>
    <w:p w14:paraId="277DD2C3" w14:textId="77777777" w:rsidR="00981D2A" w:rsidRPr="00044785" w:rsidRDefault="00767360">
      <w:pPr>
        <w:pStyle w:val="Otsikko2"/>
        <w:rPr>
          <w:lang w:val="fi-FI"/>
        </w:rPr>
      </w:pPr>
      <w:r w:rsidRPr="00044785">
        <w:rPr>
          <w:lang w:val="fi-FI"/>
        </w:rPr>
        <w:t>4.2 Asiakkaan asema, oikeudet ja oikeusturva</w:t>
      </w:r>
    </w:p>
    <w:p w14:paraId="7FF9BDE3" w14:textId="77777777" w:rsidR="00981D2A" w:rsidRDefault="25DF9699" w:rsidP="25DF9699">
      <w:r w:rsidRPr="00044785">
        <w:rPr>
          <w:lang w:val="fi-FI"/>
        </w:rPr>
        <w:t xml:space="preserve">Palvelu on vapaaehtoista ja maksutonta. Asiakas osallistuu palvelunsa suunnitteluun. Hänen mielipiteensä, etunsa, kielensä, kulttuuritaustansa, toimintakykynsä ja kohtuullisten mukautusten tarpeensa </w:t>
      </w:r>
      <w:r w:rsidRPr="00044785">
        <w:rPr>
          <w:lang w:val="fi-FI"/>
        </w:rPr>
        <w:lastRenderedPageBreak/>
        <w:t xml:space="preserve">huomioidaan. </w:t>
      </w:r>
      <w:r>
        <w:t>Tieto annetaan ymmärrettävässä ja saavutettavassa muodossa, tarvittaessa ammattitulkkauksen avulla.</w:t>
      </w:r>
    </w:p>
    <w:p w14:paraId="186CFCBD" w14:textId="77777777" w:rsidR="00981D2A" w:rsidRPr="00044785" w:rsidRDefault="25DF9699">
      <w:pPr>
        <w:pStyle w:val="Merkittyluettelo"/>
        <w:rPr>
          <w:lang w:val="fi-FI"/>
        </w:rPr>
      </w:pPr>
      <w:r w:rsidRPr="00044785">
        <w:rPr>
          <w:lang w:val="fi-FI"/>
        </w:rPr>
        <w:t>Asiakkaalle kerrotaan kirjaamisesta, tietojen käytöstä ja luovutuksesta, lakisääteisistä ilmoituksista, muistutuksesta, kantelusta ja sosiaaliasiavastaavan palveluista.</w:t>
      </w:r>
    </w:p>
    <w:p w14:paraId="3D9ABD8B" w14:textId="77777777" w:rsidR="00981D2A" w:rsidRPr="00044785" w:rsidRDefault="25DF9699">
      <w:pPr>
        <w:pStyle w:val="Merkittyluettelo"/>
        <w:rPr>
          <w:lang w:val="fi-FI"/>
        </w:rPr>
      </w:pPr>
      <w:r w:rsidRPr="00044785">
        <w:rPr>
          <w:lang w:val="fi-FI"/>
        </w:rPr>
        <w:t>Turvakodissa ei käytetä sosiaalihuollon rajoitustoimenpiteitä. Turvallisuuskäytäntöjen tulee olla välttämättömiä, oikeasuhtaisia ja asiakkaalle perusteltuja.</w:t>
      </w:r>
    </w:p>
    <w:p w14:paraId="1F23A483" w14:textId="77777777" w:rsidR="00981D2A" w:rsidRPr="00044785" w:rsidRDefault="25DF9699">
      <w:pPr>
        <w:pStyle w:val="Merkittyluettelo"/>
        <w:rPr>
          <w:lang w:val="fi-FI"/>
        </w:rPr>
      </w:pPr>
      <w:r w:rsidRPr="00044785">
        <w:rPr>
          <w:lang w:val="fi-FI"/>
        </w:rPr>
        <w:t>Epäasiallinen kohtelu selvitetään viipymättä. Asiakkaalle kerrotaan tehdyt toimet ja mahdollisuus oikeusturvakeinoihin.</w:t>
      </w:r>
    </w:p>
    <w:p w14:paraId="62AA46B5" w14:textId="77777777" w:rsidR="00981D2A" w:rsidRPr="00044785" w:rsidRDefault="25DF9699">
      <w:pPr>
        <w:pStyle w:val="Otsikko2"/>
        <w:rPr>
          <w:lang w:val="fi-FI"/>
        </w:rPr>
      </w:pPr>
      <w:r w:rsidRPr="00044785">
        <w:rPr>
          <w:lang w:val="fi-FI"/>
        </w:rPr>
        <w:t>4.3 Muistutukset, kantelut ja palaute</w:t>
      </w:r>
    </w:p>
    <w:p w14:paraId="763D9BB3" w14:textId="4BD626AF" w:rsidR="25DF9699" w:rsidRPr="00044785" w:rsidRDefault="25DF9699" w:rsidP="25DF9699">
      <w:pPr>
        <w:rPr>
          <w:lang w:val="fi-FI"/>
        </w:rPr>
      </w:pPr>
      <w:r w:rsidRPr="00044785">
        <w:rPr>
          <w:lang w:val="fi-FI"/>
        </w:rPr>
        <w:t>Muistutus osoitetaan palveluntuottajan nimeämälle vastuuhenkilölle. Se käsitellään ilman aiheetonta viivytystä, vastaus perustellaan ja havainnot hyödynnetään toiminnan kehittämisessä. Kanteluoikeutta ei rajoiteta. Palautetta kerätään THL:n ja palveluntuottajan käytännöillä, ja tuloksia käsitellään säännöllisesti henkilöstön kanssa.</w:t>
      </w:r>
    </w:p>
    <w:p w14:paraId="4E04FB47" w14:textId="6A5ABC6F" w:rsidR="25DF9699" w:rsidRPr="00044785" w:rsidRDefault="25DF9699" w:rsidP="25DF9699">
      <w:pPr>
        <w:pStyle w:val="Otsikko3"/>
        <w:rPr>
          <w:lang w:val="fi-FI"/>
        </w:rPr>
      </w:pPr>
      <w:r w:rsidRPr="00044785">
        <w:rPr>
          <w:rFonts w:ascii="Calibri" w:eastAsia="Calibri" w:hAnsi="Calibri" w:cs="Calibri"/>
          <w:lang w:val="fi-FI"/>
        </w:rPr>
        <w:t>Muistutuksen vastaanottaja</w:t>
      </w:r>
    </w:p>
    <w:p w14:paraId="78FB495A" w14:textId="3697726C" w:rsidR="25DF9699" w:rsidRPr="00044785" w:rsidRDefault="25DF9699" w:rsidP="25DF9699">
      <w:pPr>
        <w:rPr>
          <w:lang w:val="fi-FI"/>
        </w:rPr>
      </w:pPr>
      <w:r w:rsidRPr="00044785">
        <w:rPr>
          <w:lang w:val="fi-FI"/>
        </w:rPr>
        <w:t>Milka Suuniittu-Sakari, palveluyksikön vastuuhenkilö ja turvakotipalvelujen päällikkö</w:t>
      </w:r>
      <w:r w:rsidRPr="00044785">
        <w:rPr>
          <w:lang w:val="fi-FI"/>
        </w:rPr>
        <w:br/>
        <w:t>Turvakoti Maria / Tampereen ensi- ja turvakoti ry</w:t>
      </w:r>
      <w:r w:rsidRPr="00044785">
        <w:rPr>
          <w:lang w:val="fi-FI"/>
        </w:rPr>
        <w:br/>
        <w:t>Puhelin: 050 555 0203</w:t>
      </w:r>
      <w:r w:rsidRPr="00044785">
        <w:rPr>
          <w:lang w:val="fi-FI"/>
        </w:rPr>
        <w:br/>
        <w:t>Sähköposti: milka.suuniittu-sakari@tetuko.fi</w:t>
      </w:r>
    </w:p>
    <w:p w14:paraId="31C6220A" w14:textId="5BA6F14D" w:rsidR="25DF9699" w:rsidRPr="00044785" w:rsidRDefault="25DF9699" w:rsidP="25DF9699">
      <w:pPr>
        <w:pStyle w:val="Otsikko3"/>
        <w:rPr>
          <w:lang w:val="fi-FI"/>
        </w:rPr>
      </w:pPr>
      <w:r w:rsidRPr="00044785">
        <w:rPr>
          <w:rFonts w:ascii="Calibri" w:eastAsia="Calibri" w:hAnsi="Calibri" w:cs="Calibri"/>
          <w:lang w:val="fi-FI"/>
        </w:rPr>
        <w:t>Sosiaaliasiavastaavat</w:t>
      </w:r>
    </w:p>
    <w:p w14:paraId="32E1564B" w14:textId="24F22A4C" w:rsidR="25DF9699" w:rsidRPr="00044785" w:rsidRDefault="25DF9699" w:rsidP="25DF9699">
      <w:pPr>
        <w:rPr>
          <w:lang w:val="fi-FI"/>
        </w:rPr>
      </w:pPr>
      <w:r w:rsidRPr="00044785">
        <w:rPr>
          <w:lang w:val="fi-FI"/>
        </w:rPr>
        <w:t>Taija Mehtonen, vastuuhenkilö Sanna Juurakko</w:t>
      </w:r>
      <w:r w:rsidRPr="00044785">
        <w:rPr>
          <w:lang w:val="fi-FI"/>
        </w:rPr>
        <w:br/>
        <w:t>Pirkanmaan hyvinvointialue</w:t>
      </w:r>
      <w:r w:rsidRPr="00044785">
        <w:rPr>
          <w:lang w:val="fi-FI"/>
        </w:rPr>
        <w:br/>
        <w:t>Puhelin: 040 504 5249</w:t>
      </w:r>
      <w:r w:rsidRPr="00044785">
        <w:rPr>
          <w:lang w:val="fi-FI"/>
        </w:rPr>
        <w:br/>
        <w:t>Puhelinaika: maanantaisin, keskiviikkoisin ja torstaisin klo 9–11 sekä tiistaisin klo 12.30–14.30</w:t>
      </w:r>
      <w:r w:rsidRPr="00044785">
        <w:rPr>
          <w:lang w:val="fi-FI"/>
        </w:rPr>
        <w:br/>
        <w:t>Sähköposti: sosiaaliasiavastaava@pirha.fi</w:t>
      </w:r>
      <w:r w:rsidRPr="00044785">
        <w:rPr>
          <w:lang w:val="fi-FI"/>
        </w:rPr>
        <w:br/>
        <w:t>Postiosoite: Hatanpäänkatu 3, 33900 Tampere</w:t>
      </w:r>
      <w:r w:rsidRPr="00044785">
        <w:rPr>
          <w:lang w:val="fi-FI"/>
        </w:rPr>
        <w:br/>
        <w:t>Yhteyden voi ottaa myös Suomi.fi-viestien kautta.</w:t>
      </w:r>
    </w:p>
    <w:p w14:paraId="69EAD9C6" w14:textId="0AA701D0" w:rsidR="25DF9699" w:rsidRPr="00044785" w:rsidRDefault="25DF9699" w:rsidP="25DF9699">
      <w:pPr>
        <w:pStyle w:val="Otsikko3"/>
        <w:rPr>
          <w:lang w:val="fi-FI"/>
        </w:rPr>
      </w:pPr>
      <w:r w:rsidRPr="00044785">
        <w:rPr>
          <w:rFonts w:ascii="Calibri" w:eastAsia="Calibri" w:hAnsi="Calibri" w:cs="Calibri"/>
          <w:lang w:val="fi-FI"/>
        </w:rPr>
        <w:t>Valvontaviranomainen</w:t>
      </w:r>
    </w:p>
    <w:p w14:paraId="57CEB0A1" w14:textId="1DD6B4D8" w:rsidR="25DF9699" w:rsidRPr="00044785" w:rsidRDefault="25DF9699" w:rsidP="25DF9699">
      <w:pPr>
        <w:rPr>
          <w:lang w:val="fi-FI"/>
        </w:rPr>
      </w:pPr>
      <w:r w:rsidRPr="00044785">
        <w:rPr>
          <w:lang w:val="fi-FI"/>
        </w:rPr>
        <w:t>Sosiaali- ja terveydenhuollon toimivaltainen valvontaviranomainen on 1.1.2026 alkaen valtakunnallinen Lupa- ja valvontavirasto. Kantelun voi tehdä viraston sähköisessä asiointipalvelussa.</w:t>
      </w:r>
    </w:p>
    <w:p w14:paraId="389D5802" w14:textId="77777777" w:rsidR="00981D2A" w:rsidRPr="00044785" w:rsidRDefault="00767360">
      <w:pPr>
        <w:pStyle w:val="Otsikko1"/>
        <w:rPr>
          <w:lang w:val="fi-FI"/>
        </w:rPr>
      </w:pPr>
      <w:r w:rsidRPr="00044785">
        <w:rPr>
          <w:lang w:val="fi-FI"/>
        </w:rPr>
        <w:t>5 Henkilöstö, osaaminen ja riittävyys</w:t>
      </w:r>
    </w:p>
    <w:p w14:paraId="5D9A6D21" w14:textId="1AF8D976" w:rsidR="00981D2A" w:rsidRDefault="25DF9699" w:rsidP="25DF9699">
      <w:r w:rsidRPr="00044785">
        <w:rPr>
          <w:lang w:val="fi-FI"/>
        </w:rPr>
        <w:t xml:space="preserve">Yksikössä työskentelee kahdeksan kriisi- ja väkivaltatyöntekijää sekä vastaava sosiaalityöntekijä. Lisäksi turvakotipalvelujen päällikön työpanosta kohdentuu yksikköön noin 50 prosenttia. Kaksi kriisi- ja väkivaltatyöntekijää tekee yötyötä. </w:t>
      </w:r>
      <w:r>
        <w:t>Poissaoloihin ja muihin sijaistarpeisiin käytetään perehdytettyjä sijaisia toimintasuunnitelman mukaisesti.</w:t>
      </w:r>
    </w:p>
    <w:p w14:paraId="44E04419" w14:textId="77777777" w:rsidR="00981D2A" w:rsidRPr="00044785" w:rsidRDefault="00767360">
      <w:pPr>
        <w:pStyle w:val="Merkittyluettelo"/>
        <w:rPr>
          <w:lang w:val="fi-FI"/>
        </w:rPr>
      </w:pPr>
      <w:r w:rsidRPr="00044785">
        <w:rPr>
          <w:lang w:val="fi-FI"/>
        </w:rPr>
        <w:t>Henkilöstön kelpoisuus, ammattioikeudet ja rikostausta lasten kanssa työskentelyä koskevan sääntelyn mukaisesti tarkistetaan ennen työskentelyn aloittamista.</w:t>
      </w:r>
    </w:p>
    <w:p w14:paraId="10B45CF9" w14:textId="06D7328C" w:rsidR="00981D2A" w:rsidRPr="00044785" w:rsidRDefault="25DF9699">
      <w:pPr>
        <w:pStyle w:val="Merkittyluettelo"/>
        <w:rPr>
          <w:lang w:val="fi-FI"/>
        </w:rPr>
      </w:pPr>
      <w:r w:rsidRPr="00044785">
        <w:rPr>
          <w:lang w:val="fi-FI"/>
        </w:rPr>
        <w:t>Perehdytys kattaa turvakotityön, lasten kanssa tehtävän työn, väkivallan riskinarvion, tietosuojan ja Kannan,</w:t>
      </w:r>
      <w:r w:rsidR="484FA464" w:rsidRPr="00044785">
        <w:rPr>
          <w:lang w:val="fi-FI"/>
        </w:rPr>
        <w:t xml:space="preserve"> </w:t>
      </w:r>
      <w:r w:rsidRPr="00044785">
        <w:rPr>
          <w:lang w:val="fi-FI"/>
        </w:rPr>
        <w:t>poikkeamat, ilmoitusvelvollisuudet ja turvallisuuden.</w:t>
      </w:r>
    </w:p>
    <w:p w14:paraId="6C62419D" w14:textId="77777777" w:rsidR="00981D2A" w:rsidRDefault="00767360">
      <w:pPr>
        <w:pStyle w:val="Merkittyluettelo"/>
      </w:pPr>
      <w:r w:rsidRPr="00044785">
        <w:rPr>
          <w:lang w:val="fi-FI"/>
        </w:rPr>
        <w:t xml:space="preserve">Riittävyyttä arvioidaan suhteessa asiakasmäärään, asiakkaiden yksilöllisiin tarpeisiin, lasten määrään, vuorokaudenaikaan ja riskitasoon. </w:t>
      </w:r>
      <w:r>
        <w:t>Poikkeamiin vastataan työjärjestelyillä ja perehdytetyillä sijaisilla.</w:t>
      </w:r>
    </w:p>
    <w:p w14:paraId="1C869EE9" w14:textId="091CC4E6" w:rsidR="00981D2A" w:rsidRPr="00044785" w:rsidRDefault="25DF9699">
      <w:pPr>
        <w:pStyle w:val="Merkittyluettelo"/>
        <w:rPr>
          <w:lang w:val="fi-FI"/>
        </w:rPr>
      </w:pPr>
      <w:r w:rsidRPr="00044785">
        <w:rPr>
          <w:lang w:val="fi-FI"/>
        </w:rPr>
        <w:lastRenderedPageBreak/>
        <w:t xml:space="preserve">Osaamista vahvistetaan THL:n koulutuksilla, työnohjauksella, tiimeillä, turvallisuuspäivillä ja </w:t>
      </w:r>
      <w:r w:rsidR="0A6F9399" w:rsidRPr="00044785">
        <w:rPr>
          <w:lang w:val="fi-FI"/>
        </w:rPr>
        <w:t>tarpeen mukaan</w:t>
      </w:r>
      <w:r w:rsidRPr="00044785">
        <w:rPr>
          <w:lang w:val="fi-FI"/>
        </w:rPr>
        <w:t xml:space="preserve"> täydennyskoulutuksella.</w:t>
      </w:r>
    </w:p>
    <w:p w14:paraId="46B57CB6" w14:textId="77777777" w:rsidR="00981D2A" w:rsidRPr="00044785" w:rsidRDefault="00767360">
      <w:pPr>
        <w:pStyle w:val="Otsikko1"/>
        <w:rPr>
          <w:lang w:val="fi-FI"/>
        </w:rPr>
      </w:pPr>
      <w:r w:rsidRPr="00044785">
        <w:rPr>
          <w:lang w:val="fi-FI"/>
        </w:rPr>
        <w:t>6 Monialainen yhteistyö ja palvelun koordinointi</w:t>
      </w:r>
    </w:p>
    <w:p w14:paraId="07CEE7CE" w14:textId="77777777" w:rsidR="00981D2A" w:rsidRDefault="00767360">
      <w:r w:rsidRPr="00044785">
        <w:rPr>
          <w:lang w:val="fi-FI"/>
        </w:rPr>
        <w:t xml:space="preserve">Turvakotipalvelu vastaa akuuttiin kriisivaiheen tarpeeseen. Asiakkaan muut palvelutarpeet arvioidaan ja palvelut yhteensovitetaan asiakkaan oman sosiaalityön, terveydenhuollon, poliisin, oikeudellisten palvelujen, asumisen, taloudellisen tuen, varhaiskasvatuksen, koulun ja järjestöpalvelujen kanssa. </w:t>
      </w:r>
      <w:r>
        <w:t>Yhteistyössä noudatetaan tietosuoja- ja salassapitosäännöksiä.</w:t>
      </w:r>
    </w:p>
    <w:p w14:paraId="44F9694C" w14:textId="77777777" w:rsidR="00981D2A" w:rsidRDefault="00767360">
      <w:pPr>
        <w:pStyle w:val="Merkittyluettelo"/>
      </w:pPr>
      <w:r w:rsidRPr="00044785">
        <w:rPr>
          <w:lang w:val="fi-FI"/>
        </w:rPr>
        <w:t xml:space="preserve">Riskinarviota ja turvallisuussuunnitelmaa päivitetään tilanteen muuttuessa. </w:t>
      </w:r>
      <w:r>
        <w:t>Tarvittaessa hyödynnetään MARAKia tai muuta soveltuvaa monialaista toimintamallia.</w:t>
      </w:r>
    </w:p>
    <w:p w14:paraId="7DAC1C17" w14:textId="77777777" w:rsidR="00981D2A" w:rsidRPr="00044785" w:rsidRDefault="00767360">
      <w:pPr>
        <w:pStyle w:val="Merkittyluettelo"/>
        <w:rPr>
          <w:lang w:val="fi-FI"/>
        </w:rPr>
      </w:pPr>
      <w:r w:rsidRPr="00044785">
        <w:rPr>
          <w:lang w:val="fi-FI"/>
        </w:rPr>
        <w:t>Lapsen asioissa yhteistyö toteutetaan lapsen edun mukaisesti ja tarvittavat lastensuojelu- ja muut ilmoitukset tehdään viipymättä.</w:t>
      </w:r>
    </w:p>
    <w:p w14:paraId="69266B24" w14:textId="77777777" w:rsidR="00981D2A" w:rsidRPr="00044785" w:rsidRDefault="00767360">
      <w:pPr>
        <w:pStyle w:val="Merkittyluettelo"/>
        <w:rPr>
          <w:lang w:val="fi-FI"/>
        </w:rPr>
      </w:pPr>
      <w:r w:rsidRPr="00044785">
        <w:rPr>
          <w:lang w:val="fi-FI"/>
        </w:rPr>
        <w:t>Jakson päättyessä varmistetaan turvallinen siirtymä ja tiedonkulku asiakkaan suostumuksella tai lain nojalla.</w:t>
      </w:r>
    </w:p>
    <w:p w14:paraId="0281FF54" w14:textId="77777777" w:rsidR="00981D2A" w:rsidRPr="00044785" w:rsidRDefault="00767360">
      <w:pPr>
        <w:pStyle w:val="Otsikko1"/>
        <w:rPr>
          <w:lang w:val="fi-FI"/>
        </w:rPr>
      </w:pPr>
      <w:r w:rsidRPr="00044785">
        <w:rPr>
          <w:lang w:val="fi-FI"/>
        </w:rPr>
        <w:t>7 Toimitilat, välineet, teknologia ja turvallisuus</w:t>
      </w:r>
    </w:p>
    <w:p w14:paraId="6A8EF95F" w14:textId="00FF2318" w:rsidR="00981D2A" w:rsidRPr="00044785" w:rsidRDefault="25DF9699" w:rsidP="25DF9699">
      <w:pPr>
        <w:rPr>
          <w:lang w:val="fi-FI"/>
        </w:rPr>
      </w:pPr>
      <w:r w:rsidRPr="00044785">
        <w:rPr>
          <w:lang w:val="fi-FI"/>
        </w:rPr>
        <w:t xml:space="preserve">Turvakoti Maria toimii 27.7.2026 alkaen salaisessa osoitteessa uusissa toimitiloissa. Yksikössä on yhdeksän perhepaikkaa. Toimitiloissa on asiakashuoneita omine saniteettitiloineen, yhteisiä arjen tiloja sekä asiakas- ja henkilöstötyön tarvitsemia tiloja. Tilat ovat esteettömät. Toimitiloissa tehtiin palotarkastus 14.4.2026. </w:t>
      </w:r>
    </w:p>
    <w:p w14:paraId="2F247002" w14:textId="77777777" w:rsidR="00981D2A" w:rsidRPr="00044785" w:rsidRDefault="00767360">
      <w:pPr>
        <w:rPr>
          <w:lang w:val="fi-FI"/>
        </w:rPr>
      </w:pPr>
      <w:r w:rsidRPr="00044785">
        <w:rPr>
          <w:lang w:val="fi-FI"/>
        </w:rPr>
        <w:t>Julkisessa omavalvontasuunnitelmassa kuvataan turvallisuuden johtamisen periaatteet, vastuut, harjoittelu, huolto, poikkeamien käsittely ja jatkuvuus. Yksityiskohtaiset kulunvalvonta-, kamera-, hälytys-, vartiointi-, avain-, poistumis- ja varautumisjärjestelyt pidetään sisäisissä turvallisuus- ja pelastussuunnitelmissa, koska niiden julkaiseminen voisi heikentää turvallisuutta.</w:t>
      </w:r>
    </w:p>
    <w:p w14:paraId="7D5BBDBF" w14:textId="77777777" w:rsidR="00981D2A" w:rsidRPr="00044785" w:rsidRDefault="25DF9699">
      <w:pPr>
        <w:pStyle w:val="Merkittyluettelo"/>
        <w:rPr>
          <w:lang w:val="fi-FI"/>
        </w:rPr>
      </w:pPr>
      <w:r w:rsidRPr="00044785">
        <w:rPr>
          <w:lang w:val="fi-FI"/>
        </w:rPr>
        <w:t>Toimitilojen soveltuvuutta, yksityisyyden suojaa, esteettömyyttä, paloturvallisuutta, hygieniaa ja asiakkaiden turvallisuutta seurataan.</w:t>
      </w:r>
    </w:p>
    <w:p w14:paraId="0D958A6B" w14:textId="77777777" w:rsidR="00981D2A" w:rsidRPr="00044785" w:rsidRDefault="25DF9699">
      <w:pPr>
        <w:pStyle w:val="Merkittyluettelo"/>
        <w:rPr>
          <w:lang w:val="fi-FI"/>
        </w:rPr>
      </w:pPr>
      <w:r w:rsidRPr="00044785">
        <w:rPr>
          <w:lang w:val="fi-FI"/>
        </w:rPr>
        <w:t>Turvallisuusjärjestelmät testataan ja huolletaan sisäisten suunnitelmien mukaisesti; viat käsitellään poikkeamina.</w:t>
      </w:r>
    </w:p>
    <w:p w14:paraId="729AF346" w14:textId="77777777" w:rsidR="00981D2A" w:rsidRPr="00044785" w:rsidRDefault="25DF9699">
      <w:pPr>
        <w:pStyle w:val="Merkittyluettelo"/>
        <w:rPr>
          <w:lang w:val="fi-FI"/>
        </w:rPr>
      </w:pPr>
      <w:r w:rsidRPr="00044785">
        <w:rPr>
          <w:lang w:val="fi-FI"/>
        </w:rPr>
        <w:t>Kameravalvonnan tarve, kohdentuminen, oikeusperuste, informointi, säilytysajat ja käyttöoikeudet kuvataan tietosuojadokumentaatiossa – ei julkisina teknisinä yksityiskohtina.</w:t>
      </w:r>
    </w:p>
    <w:p w14:paraId="4418F92F" w14:textId="77777777" w:rsidR="00981D2A" w:rsidRDefault="25DF9699">
      <w:pPr>
        <w:pStyle w:val="Merkittyluettelo"/>
      </w:pPr>
      <w:r w:rsidRPr="00044785">
        <w:rPr>
          <w:lang w:val="fi-FI"/>
        </w:rPr>
        <w:t xml:space="preserve">Häiriö-, uhka- ja poikkeustilanteisiin varaudutaan sisäisillä toimintaohjeilla, pelastussuunnitelmalla, sovituilla vastuilla ja kriisiviestintäkäytännöillä. </w:t>
      </w:r>
      <w:r>
        <w:t>Tilanteiden ilmoittaminen, käsittely ja seuranta kuvataan luvussa 10.</w:t>
      </w:r>
    </w:p>
    <w:p w14:paraId="2B297AAE" w14:textId="77777777" w:rsidR="00981D2A" w:rsidRDefault="00767360">
      <w:pPr>
        <w:pStyle w:val="Otsikko1"/>
      </w:pPr>
      <w:r>
        <w:t>8 Lääkehoito ja lääkinnälliset laitteet</w:t>
      </w:r>
    </w:p>
    <w:p w14:paraId="6546CB8E" w14:textId="77777777" w:rsidR="00981D2A" w:rsidRPr="00044785" w:rsidRDefault="25DF9699" w:rsidP="25DF9699">
      <w:pPr>
        <w:rPr>
          <w:lang w:val="fi-FI"/>
        </w:rPr>
      </w:pPr>
      <w:r w:rsidRPr="00044785">
        <w:rPr>
          <w:lang w:val="fi-FI"/>
        </w:rPr>
        <w:t>Turvakodissa ei toteuteta lääkehoitoa, eikä yksiköllä ole lääkehoitosuunnitelmaa. Asiakas vastaa omasta lääkehoidostaan ja lääkkeistään. Henkilöstö ei annostele, jaa eikä säilytä asiakkaiden lääkkeitä.</w:t>
      </w:r>
    </w:p>
    <w:p w14:paraId="576E63E2" w14:textId="77777777" w:rsidR="00981D2A" w:rsidRPr="00044785" w:rsidRDefault="25DF9699">
      <w:pPr>
        <w:pStyle w:val="Merkittyluettelo"/>
        <w:rPr>
          <w:lang w:val="fi-FI"/>
        </w:rPr>
      </w:pPr>
      <w:r w:rsidRPr="00044785">
        <w:rPr>
          <w:lang w:val="fi-FI"/>
        </w:rPr>
        <w:t>Asiakkaalle ohjataan lääkkeiden turvallinen säilyttäminen niin, etteivät ne joudu lasten tai sivullisten saataville.</w:t>
      </w:r>
    </w:p>
    <w:p w14:paraId="2879D13D" w14:textId="77777777" w:rsidR="00981D2A" w:rsidRPr="00044785" w:rsidRDefault="25DF9699">
      <w:pPr>
        <w:pStyle w:val="Merkittyluettelo"/>
        <w:rPr>
          <w:lang w:val="fi-FI"/>
        </w:rPr>
      </w:pPr>
      <w:r w:rsidRPr="00044785">
        <w:rPr>
          <w:lang w:val="fi-FI"/>
        </w:rPr>
        <w:t>Turvakodissa ei ole hoitoon tai tutkimukseen käytettäviä lääkinnällisiä laitteita lukuun ottamatta ensiapuvalmiuteen kuuluvaa defibrillaattoria. Defibrillaattori on lääkinnällinen laite. Sen toimintakunto, määräaikaistarkastukset, huollot, tarvikkeiden voimassaolo ja käyttöohjeiden saatavuus varmistetaan valmistajan ohjeiden mukaisesti. Mahdolliset laitteen käyttöön liittyvät vaaratilanteet dokumentoidaan ja ilmoitetaan toimivaltaiselle viranomaiselle säädösten mukaisesti.</w:t>
      </w:r>
    </w:p>
    <w:p w14:paraId="4AADFE2C" w14:textId="77777777" w:rsidR="00981D2A" w:rsidRPr="00044785" w:rsidRDefault="00767360">
      <w:pPr>
        <w:pStyle w:val="Otsikko1"/>
        <w:rPr>
          <w:lang w:val="fi-FI"/>
        </w:rPr>
      </w:pPr>
      <w:r w:rsidRPr="00044785">
        <w:rPr>
          <w:lang w:val="fi-FI"/>
        </w:rPr>
        <w:lastRenderedPageBreak/>
        <w:t>9 Asiakastiedot, Kanta, tietosuoja ja tietoturva</w:t>
      </w:r>
    </w:p>
    <w:p w14:paraId="514A5911" w14:textId="77777777" w:rsidR="00981D2A" w:rsidRPr="00044785" w:rsidRDefault="25DF9699" w:rsidP="25DF9699">
      <w:pPr>
        <w:rPr>
          <w:lang w:val="fi-FI"/>
        </w:rPr>
      </w:pPr>
      <w:r w:rsidRPr="00044785">
        <w:rPr>
          <w:lang w:val="fi-FI"/>
        </w:rPr>
        <w:t>Turvakotipalvelun asiakastietoja käsitellään sosiaalihuollon asiakastietona. THL Turvakotipalvelut merkitään palvelunjärjestäjän palveluyksiköksi ja palveluntuottajan oma palveluyksikkö merkitään erikseen. Jokaiselle turvakotijaksolle kirjataan tosiasialliset alkamis- ja päättymispäivät. Palveluntuottaja vastaa omassa toiminnassaan lainmukaisesta henkilötietojen käsittelystä ja THL:n ohjeiden noudattamisesta.</w:t>
      </w:r>
    </w:p>
    <w:p w14:paraId="634DE0D7" w14:textId="77777777" w:rsidR="00981D2A" w:rsidRPr="00044785" w:rsidRDefault="00767360">
      <w:pPr>
        <w:pStyle w:val="Merkittyluettelo"/>
        <w:rPr>
          <w:lang w:val="fi-FI"/>
        </w:rPr>
      </w:pPr>
      <w:r w:rsidRPr="00044785">
        <w:rPr>
          <w:lang w:val="fi-FI"/>
        </w:rPr>
        <w:t>Kirjaukset tehdään ajantasaisesti, tarpeellisuus- ja minimointiperiaatetta noudattaen sekä mahdollisuuksien mukaan yhdessä asiakkaan kanssa.</w:t>
      </w:r>
    </w:p>
    <w:p w14:paraId="2903367D" w14:textId="77777777" w:rsidR="00981D2A" w:rsidRPr="00044785" w:rsidRDefault="00767360">
      <w:pPr>
        <w:pStyle w:val="Merkittyluettelo"/>
        <w:rPr>
          <w:lang w:val="fi-FI"/>
        </w:rPr>
      </w:pPr>
      <w:r w:rsidRPr="00044785">
        <w:rPr>
          <w:lang w:val="fi-FI"/>
        </w:rPr>
        <w:t>Käyttöoikeudet ovat tehtäväperusteisia ja rajattuja. Henkilöstö tunnistautuu henkilökohtaisesti; käyttöä valvotaan lokitietojen avulla.</w:t>
      </w:r>
    </w:p>
    <w:p w14:paraId="5FD24C51" w14:textId="77777777" w:rsidR="00981D2A" w:rsidRPr="00044785" w:rsidRDefault="00767360">
      <w:pPr>
        <w:pStyle w:val="Merkittyluettelo"/>
        <w:rPr>
          <w:lang w:val="fi-FI"/>
        </w:rPr>
      </w:pPr>
      <w:r w:rsidRPr="00044785">
        <w:rPr>
          <w:lang w:val="fi-FI"/>
        </w:rPr>
        <w:t>Asiakkaalle annetaan informaatio rekisterinpitäjästä, tietojen käsittelystä, Kanta-tallentamisesta, luovutuksista, kielloista ja oikeuksien käyttämisestä.</w:t>
      </w:r>
    </w:p>
    <w:p w14:paraId="4C1DECA6" w14:textId="77777777" w:rsidR="00981D2A" w:rsidRPr="00044785" w:rsidRDefault="00767360">
      <w:pPr>
        <w:pStyle w:val="Merkittyluettelo"/>
        <w:rPr>
          <w:lang w:val="fi-FI"/>
        </w:rPr>
      </w:pPr>
      <w:r w:rsidRPr="00044785">
        <w:rPr>
          <w:lang w:val="fi-FI"/>
        </w:rPr>
        <w:t>Tietoja luovutetaan asiakkaan luvalla tai nimenomaisen lain nojalla. Suostumusta ei käytetä oikeusperusteena silloin, kun käsittely perustuu lakisääteiseen tehtävään.</w:t>
      </w:r>
    </w:p>
    <w:p w14:paraId="0E70FF68" w14:textId="77777777" w:rsidR="00981D2A" w:rsidRPr="00044785" w:rsidRDefault="00767360">
      <w:pPr>
        <w:pStyle w:val="Merkittyluettelo"/>
        <w:rPr>
          <w:lang w:val="fi-FI"/>
        </w:rPr>
      </w:pPr>
      <w:r w:rsidRPr="00044785">
        <w:rPr>
          <w:lang w:val="fi-FI"/>
        </w:rPr>
        <w:t>Tietoturva- ja tietosuojapoikkeamat rajataan, dokumentoidaan ja ilmoitetaan viipymättä organisaation tietosuojavastaavalle, rekisterinpitäjälle ja tarvittaessa valvontaviranomaiselle sekä rekisteröidylle.</w:t>
      </w:r>
    </w:p>
    <w:p w14:paraId="62E5AFD6" w14:textId="77777777" w:rsidR="00981D2A" w:rsidRPr="00044785" w:rsidRDefault="25DF9699">
      <w:pPr>
        <w:pStyle w:val="Merkittyluettelo"/>
        <w:rPr>
          <w:lang w:val="fi-FI"/>
        </w:rPr>
      </w:pPr>
      <w:r w:rsidRPr="00044785">
        <w:rPr>
          <w:lang w:val="fi-FI"/>
        </w:rPr>
        <w:t>Kanta-palvelujen tai asiakastietojärjestelmän häiriötilanteessa noudatetaan hyväksyttyä varamenettelyä. Häiriön aikana syntyneet tiedot siirretään järjestelmään hallitusti häiriön päätyttyä, ja väliaikaiset tallenteet hävitetään turvallisesti.</w:t>
      </w:r>
    </w:p>
    <w:p w14:paraId="4FE59138" w14:textId="77777777" w:rsidR="00981D2A" w:rsidRPr="00044785" w:rsidRDefault="25DF9699">
      <w:pPr>
        <w:pStyle w:val="Merkittyluettelo"/>
        <w:rPr>
          <w:lang w:val="fi-FI"/>
        </w:rPr>
      </w:pPr>
      <w:r w:rsidRPr="00044785">
        <w:rPr>
          <w:lang w:val="fi-FI"/>
        </w:rPr>
        <w:t>Tampereen ensi- ja turvakoti ry:n tietoturvasuunnitelma on päivitetty marraskuussa 2025. Yhdistyksen tietosuojavastaava on Maria Länsiö, puh. 040 777 5697, maria.lansio@tetuko.fi. Tietoturvasuunnitelma sekä järjestelmiä, käyttöoikeuksia, lokivalvontaa, häiriötilanteita ja palveluntuottajia koskevat tiedot ylläpidetään sisäisissä asiakirjoissa. Julkisessa omavalvontasuunnitelmassa ei kuvata teknisiä tunnuksia, rajapintoja tai muita turvallisuuskriittisiä toteutustietoja.</w:t>
      </w:r>
    </w:p>
    <w:p w14:paraId="619EE227" w14:textId="77777777" w:rsidR="00981D2A" w:rsidRPr="00044785" w:rsidRDefault="00767360">
      <w:pPr>
        <w:pStyle w:val="Otsikko1"/>
        <w:rPr>
          <w:lang w:val="fi-FI"/>
        </w:rPr>
      </w:pPr>
      <w:r w:rsidRPr="00044785">
        <w:rPr>
          <w:lang w:val="fi-FI"/>
        </w:rPr>
        <w:t>10 Riskienhallinta, poikkeamat ja ilmoitusvelvollisuudet</w:t>
      </w:r>
    </w:p>
    <w:p w14:paraId="2FA59F41" w14:textId="77777777" w:rsidR="00981D2A" w:rsidRPr="00044785" w:rsidRDefault="25DF9699" w:rsidP="25DF9699">
      <w:pPr>
        <w:rPr>
          <w:lang w:val="fi-FI"/>
        </w:rPr>
      </w:pPr>
      <w:r w:rsidRPr="00044785">
        <w:rPr>
          <w:lang w:val="fi-FI"/>
        </w:rPr>
        <w:t>Riskienhallinta on jatkuvaa ja kattaa asiakasturvallisuuden, henkilöstön, tiedonhallinnan, toimitilat, lääkehoidon, ostopalvelut ja toiminnan jatkuvuuden. Havaitsija ilmoittaa riskistä tai poikkeamasta viipymättä. Vastuuhenkilö arvioi välittömät turvaamistoimet, asiakkaalle tiedottamisen, korjaavat toimet ja lakisääteiset ilmoitukset.</w:t>
      </w:r>
    </w:p>
    <w:p w14:paraId="3FD88B0D" w14:textId="77777777" w:rsidR="00981D2A" w:rsidRPr="00044785" w:rsidRDefault="25DF9699">
      <w:pPr>
        <w:pStyle w:val="Merkittyluettelo"/>
        <w:rPr>
          <w:lang w:val="fi-FI"/>
        </w:rPr>
      </w:pPr>
      <w:r w:rsidRPr="00044785">
        <w:rPr>
          <w:lang w:val="fi-FI"/>
        </w:rPr>
        <w:t>Poikkeamasta kirjataan tapahtuma, vaikutukset, välittömät toimet, juurisyy, korjaava toimi, vastuuhenkilö, määräaika ja vaikuttavuuden varmistus.</w:t>
      </w:r>
    </w:p>
    <w:p w14:paraId="576C610E" w14:textId="77777777" w:rsidR="00981D2A" w:rsidRDefault="25DF9699">
      <w:pPr>
        <w:pStyle w:val="Merkittyluettelo"/>
      </w:pPr>
      <w:r w:rsidRPr="00044785">
        <w:rPr>
          <w:lang w:val="fi-FI"/>
        </w:rPr>
        <w:t xml:space="preserve">Henkilöstön valvontalain mukainen ilmoitusvelvollisuus ja suoja vastatoimilta käsitellään perehdytyksessä. </w:t>
      </w:r>
      <w:r>
        <w:t>Ilmoitukset käsitellään viivytyksettä.</w:t>
      </w:r>
    </w:p>
    <w:p w14:paraId="71C74247" w14:textId="77777777" w:rsidR="00981D2A" w:rsidRPr="00044785" w:rsidRDefault="25DF9699">
      <w:pPr>
        <w:pStyle w:val="Merkittyluettelo"/>
        <w:rPr>
          <w:lang w:val="fi-FI"/>
        </w:rPr>
      </w:pPr>
      <w:r w:rsidRPr="00044785">
        <w:rPr>
          <w:lang w:val="fi-FI"/>
        </w:rPr>
        <w:t>Vakavat asiakas- tai potilasturvallisuustapahtumat, tietoturvaloukkaukset, lääkinnällisten laitteiden vaaratilanteet ja muut ilmoitettavat tapahtumat toimitetaan toimivaltaisille tahoille lain ja ohjeiden mukaisesti.</w:t>
      </w:r>
    </w:p>
    <w:p w14:paraId="5CCFF343" w14:textId="77777777" w:rsidR="00981D2A" w:rsidRPr="00044785" w:rsidRDefault="25DF9699">
      <w:pPr>
        <w:pStyle w:val="Merkittyluettelo"/>
        <w:rPr>
          <w:lang w:val="fi-FI"/>
        </w:rPr>
      </w:pPr>
      <w:r w:rsidRPr="00044785">
        <w:rPr>
          <w:lang w:val="fi-FI"/>
        </w:rPr>
        <w:t>Työsuojelun riskikartoituksesta tuodaan julkiseen suunnitelmaan vain palvelun laatuun ja asiakasturvallisuuteen liittyvät teemat; työntekijäkohtaiset tai turvakriittiset tiedot jäävät sisäisiin asiakirjoihin.</w:t>
      </w:r>
    </w:p>
    <w:p w14:paraId="7A0FEFDA" w14:textId="77777777" w:rsidR="00981D2A" w:rsidRPr="00044785" w:rsidRDefault="00767360">
      <w:pPr>
        <w:pStyle w:val="Otsikko1"/>
        <w:rPr>
          <w:lang w:val="fi-FI"/>
        </w:rPr>
      </w:pPr>
      <w:r w:rsidRPr="00044785">
        <w:rPr>
          <w:lang w:val="fi-FI"/>
        </w:rPr>
        <w:t>11 Toimeenpano, julkaiseminen, seuranta ja päivittäminen</w:t>
      </w:r>
    </w:p>
    <w:p w14:paraId="449DCC65" w14:textId="77777777" w:rsidR="00981D2A" w:rsidRPr="00044785" w:rsidRDefault="25DF9699" w:rsidP="25DF9699">
      <w:pPr>
        <w:rPr>
          <w:lang w:val="fi-FI"/>
        </w:rPr>
      </w:pPr>
      <w:r w:rsidRPr="00044785">
        <w:rPr>
          <w:lang w:val="fi-FI"/>
        </w:rPr>
        <w:t>Ajantasainen omavalvontasuunnitelma pidetään julkisesti nähtävänä palveluyksikössä ja sähköisesti siten kuin valvontalaki ja viranomaismääräys edellyttävät. Julkaistavasta versiosta jätetään pois salassa pidettävät ja julkaisemisen kannalta tarpeettomat henkilötiedot sekä yksityiskohtaiset turvallisuusjärjestelyt, joiden julkaiseminen voisi vaarantaa asiakkaat tai henkilöstön.</w:t>
      </w:r>
    </w:p>
    <w:p w14:paraId="1229450D" w14:textId="77777777" w:rsidR="00981D2A" w:rsidRPr="00044785" w:rsidRDefault="00767360">
      <w:pPr>
        <w:pStyle w:val="Merkittyluettelo"/>
        <w:rPr>
          <w:lang w:val="fi-FI"/>
        </w:rPr>
      </w:pPr>
      <w:r w:rsidRPr="00044785">
        <w:rPr>
          <w:lang w:val="fi-FI"/>
        </w:rPr>
        <w:lastRenderedPageBreak/>
        <w:t>Toteutumista seurataan jatkuvasti ja dokumentoidusti. Seurannan perusteella tehdyt muutokset julkaistaan valvontalain edellyttämällä rytmillä.</w:t>
      </w:r>
    </w:p>
    <w:p w14:paraId="776C1A7D" w14:textId="77777777" w:rsidR="00981D2A" w:rsidRPr="00044785" w:rsidRDefault="25DF9699">
      <w:pPr>
        <w:pStyle w:val="Merkittyluettelo"/>
        <w:rPr>
          <w:lang w:val="fi-FI"/>
        </w:rPr>
      </w:pPr>
      <w:r w:rsidRPr="00044785">
        <w:rPr>
          <w:lang w:val="fi-FI"/>
        </w:rPr>
        <w:t>Valvontalain 29 §:n mukainen seurantaselvitys julkaistaan neljän kuukauden välein.</w:t>
      </w:r>
    </w:p>
    <w:p w14:paraId="0947EE41" w14:textId="77777777" w:rsidR="00981D2A" w:rsidRPr="00044785" w:rsidRDefault="00767360">
      <w:pPr>
        <w:pStyle w:val="Merkittyluettelo"/>
        <w:rPr>
          <w:lang w:val="fi-FI"/>
        </w:rPr>
      </w:pPr>
      <w:r w:rsidRPr="00044785">
        <w:rPr>
          <w:lang w:val="fi-FI"/>
        </w:rPr>
        <w:t>Suunnitelma päivitetään aina toiminnan, vastuuhenkilöiden, toimitilojen, asiakasryhmän, tietojärjestelmien, lainsäädännön tai merkittävien riskien muuttuessa.</w:t>
      </w:r>
    </w:p>
    <w:p w14:paraId="6734E748" w14:textId="77777777" w:rsidR="00981D2A" w:rsidRPr="00044785" w:rsidRDefault="00767360">
      <w:pPr>
        <w:pStyle w:val="Merkittyluettelo"/>
        <w:rPr>
          <w:lang w:val="fi-FI"/>
        </w:rPr>
      </w:pPr>
      <w:r w:rsidRPr="00044785">
        <w:rPr>
          <w:lang w:val="fi-FI"/>
        </w:rPr>
        <w:t>Henkilöstö kuittaa perehtyneensä suunnitelmaan ja muutokset käsitellään tiimissä.</w:t>
      </w:r>
    </w:p>
    <w:p w14:paraId="432417C9" w14:textId="77777777" w:rsidR="00981D2A" w:rsidRDefault="25DF9699">
      <w:pPr>
        <w:pStyle w:val="Otsikko1"/>
      </w:pPr>
      <w:r w:rsidRPr="25DF9699">
        <w:rPr>
          <w:rFonts w:ascii="Calibri" w:eastAsia="Calibri" w:hAnsi="Calibri" w:cs="Calibri"/>
        </w:rPr>
        <w:t>12 Päivittäminen ja muutosloki</w:t>
      </w:r>
    </w:p>
    <w:tbl>
      <w:tblPr>
        <w:tblStyle w:val="TaulukkoRuudukko"/>
        <w:tblW w:w="0" w:type="auto"/>
        <w:tblLook w:val="04A0" w:firstRow="1" w:lastRow="0" w:firstColumn="1" w:lastColumn="0" w:noHBand="0" w:noVBand="1"/>
      </w:tblPr>
      <w:tblGrid>
        <w:gridCol w:w="4860"/>
        <w:gridCol w:w="4860"/>
      </w:tblGrid>
      <w:tr w:rsidR="25DF9699" w14:paraId="49185950" w14:textId="77777777" w:rsidTr="25DF9699">
        <w:tc>
          <w:tcPr>
            <w:tcW w:w="4860" w:type="dxa"/>
            <w:shd w:val="clear" w:color="auto" w:fill="1F4E79"/>
          </w:tcPr>
          <w:p w14:paraId="036FCBCF" w14:textId="17F72A50" w:rsidR="25DF9699" w:rsidRDefault="25DF9699" w:rsidP="25DF9699">
            <w:r w:rsidRPr="25DF9699">
              <w:rPr>
                <w:rFonts w:eastAsia="Aptos" w:cs="Aptos"/>
                <w:b/>
                <w:bCs/>
                <w:color w:val="FFFFFF" w:themeColor="background1"/>
              </w:rPr>
              <w:t>Kenttä</w:t>
            </w:r>
          </w:p>
        </w:tc>
        <w:tc>
          <w:tcPr>
            <w:tcW w:w="4860" w:type="dxa"/>
            <w:shd w:val="clear" w:color="auto" w:fill="1F4E79"/>
          </w:tcPr>
          <w:p w14:paraId="7D3E36E9" w14:textId="3D0872B1" w:rsidR="25DF9699" w:rsidRDefault="25DF9699" w:rsidP="25DF9699">
            <w:r w:rsidRPr="25DF9699">
              <w:rPr>
                <w:rFonts w:eastAsia="Aptos" w:cs="Aptos"/>
                <w:b/>
                <w:bCs/>
                <w:color w:val="FFFFFF" w:themeColor="background1"/>
              </w:rPr>
              <w:t>Tieto</w:t>
            </w:r>
          </w:p>
        </w:tc>
      </w:tr>
      <w:tr w:rsidR="25DF9699" w:rsidRPr="00044785" w14:paraId="192ED949" w14:textId="77777777" w:rsidTr="25DF9699">
        <w:tc>
          <w:tcPr>
            <w:tcW w:w="4860" w:type="dxa"/>
          </w:tcPr>
          <w:p w14:paraId="44B64A9B" w14:textId="59763128" w:rsidR="25DF9699" w:rsidRDefault="25DF9699" w:rsidP="25DF9699">
            <w:r>
              <w:t>Päivittämisestä vastaava</w:t>
            </w:r>
          </w:p>
        </w:tc>
        <w:tc>
          <w:tcPr>
            <w:tcW w:w="4860" w:type="dxa"/>
          </w:tcPr>
          <w:p w14:paraId="42268E24" w14:textId="3C5E9D90" w:rsidR="25DF9699" w:rsidRPr="00044785" w:rsidRDefault="25DF9699" w:rsidP="25DF9699">
            <w:pPr>
              <w:rPr>
                <w:lang w:val="fi-FI"/>
              </w:rPr>
            </w:pPr>
            <w:r w:rsidRPr="00044785">
              <w:rPr>
                <w:lang w:val="fi-FI"/>
              </w:rPr>
              <w:t>Milka Suuniittu-Sakari, turvakotipalvelujen päällikkö ja palveluyksikön toiminnallinen vastuuhenkilö</w:t>
            </w:r>
          </w:p>
        </w:tc>
      </w:tr>
      <w:tr w:rsidR="25DF9699" w14:paraId="47DC66B1" w14:textId="77777777" w:rsidTr="25DF9699">
        <w:tc>
          <w:tcPr>
            <w:tcW w:w="4860" w:type="dxa"/>
            <w:shd w:val="clear" w:color="auto" w:fill="EEF5F8"/>
          </w:tcPr>
          <w:p w14:paraId="68482889" w14:textId="739B8D61" w:rsidR="25DF9699" w:rsidRDefault="25DF9699" w:rsidP="25DF9699">
            <w:r>
              <w:t>Viimeisin päivitys</w:t>
            </w:r>
          </w:p>
        </w:tc>
        <w:tc>
          <w:tcPr>
            <w:tcW w:w="4860" w:type="dxa"/>
            <w:shd w:val="clear" w:color="auto" w:fill="EEF5F8"/>
          </w:tcPr>
          <w:p w14:paraId="458875D8" w14:textId="250C2F37" w:rsidR="25DF9699" w:rsidRDefault="25DF9699" w:rsidP="25DF9699">
            <w:r>
              <w:t>1.10.2026</w:t>
            </w:r>
          </w:p>
        </w:tc>
      </w:tr>
      <w:tr w:rsidR="25DF9699" w:rsidRPr="00044785" w14:paraId="16106751" w14:textId="77777777" w:rsidTr="25DF9699">
        <w:tc>
          <w:tcPr>
            <w:tcW w:w="4860" w:type="dxa"/>
          </w:tcPr>
          <w:p w14:paraId="7B556823" w14:textId="70CC38AB" w:rsidR="25DF9699" w:rsidRDefault="25DF9699" w:rsidP="25DF9699">
            <w:r>
              <w:t>Julkaiseminen</w:t>
            </w:r>
          </w:p>
        </w:tc>
        <w:tc>
          <w:tcPr>
            <w:tcW w:w="4860" w:type="dxa"/>
          </w:tcPr>
          <w:p w14:paraId="074DD1B7" w14:textId="6AFC67C4" w:rsidR="25DF9699" w:rsidRPr="00044785" w:rsidRDefault="25DF9699" w:rsidP="25DF9699">
            <w:pPr>
              <w:rPr>
                <w:lang w:val="fi-FI"/>
              </w:rPr>
            </w:pPr>
            <w:r w:rsidRPr="00044785">
              <w:rPr>
                <w:lang w:val="fi-FI"/>
              </w:rPr>
              <w:t>Ajantasainen versio julkaistaan viivytyksettä päivityksen jälkeen ja pidetään julkisesti saatavilla.</w:t>
            </w:r>
          </w:p>
        </w:tc>
      </w:tr>
      <w:tr w:rsidR="25DF9699" w14:paraId="6ECED270" w14:textId="77777777" w:rsidTr="25DF9699">
        <w:tc>
          <w:tcPr>
            <w:tcW w:w="4860" w:type="dxa"/>
            <w:shd w:val="clear" w:color="auto" w:fill="EEF5F8"/>
          </w:tcPr>
          <w:p w14:paraId="3E854A9B" w14:textId="7591ECAB" w:rsidR="25DF9699" w:rsidRDefault="25DF9699" w:rsidP="25DF9699">
            <w:r>
              <w:t>Seuranta ja seuraava julkaisu</w:t>
            </w:r>
          </w:p>
        </w:tc>
        <w:tc>
          <w:tcPr>
            <w:tcW w:w="4860" w:type="dxa"/>
            <w:shd w:val="clear" w:color="auto" w:fill="EEF5F8"/>
          </w:tcPr>
          <w:p w14:paraId="748DD69D" w14:textId="15642F29" w:rsidR="25DF9699" w:rsidRDefault="25DF9699" w:rsidP="25DF9699">
            <w:r w:rsidRPr="00044785">
              <w:rPr>
                <w:lang w:val="fi-FI"/>
              </w:rPr>
              <w:t xml:space="preserve">Omavalvontasuunnitelman toteutumisesta laaditaan selvitys ja sen perusteella tehdyt muutokset julkaistaan vähintään neljän kuukauden välein. </w:t>
            </w:r>
            <w:r>
              <w:t>Suunnitelma päivitetään lisäksi aina toiminnan tai olennaisten tietojen muuttuessa.</w:t>
            </w:r>
          </w:p>
        </w:tc>
      </w:tr>
      <w:tr w:rsidR="25DF9699" w:rsidRPr="00044785" w14:paraId="6C0F8737" w14:textId="77777777" w:rsidTr="25DF9699">
        <w:tc>
          <w:tcPr>
            <w:tcW w:w="4860" w:type="dxa"/>
          </w:tcPr>
          <w:p w14:paraId="7E5820CA" w14:textId="3D3E601C" w:rsidR="25DF9699" w:rsidRDefault="25DF9699" w:rsidP="25DF9699">
            <w:r>
              <w:t>Edellinen versio</w:t>
            </w:r>
          </w:p>
        </w:tc>
        <w:tc>
          <w:tcPr>
            <w:tcW w:w="4860" w:type="dxa"/>
          </w:tcPr>
          <w:p w14:paraId="685EA6B6" w14:textId="1D36B583" w:rsidR="25DF9699" w:rsidRPr="00044785" w:rsidRDefault="25DF9699" w:rsidP="25DF9699">
            <w:pPr>
              <w:rPr>
                <w:lang w:val="fi-FI"/>
              </w:rPr>
            </w:pPr>
            <w:r w:rsidRPr="00044785">
              <w:rPr>
                <w:lang w:val="fi-FI"/>
              </w:rPr>
              <w:t>Omavalvonta 2025 Hämeenkadun turvakoti; toiminta siirtynyt Turvakoti Mariaan 27.7.2026.</w:t>
            </w:r>
          </w:p>
        </w:tc>
      </w:tr>
      <w:tr w:rsidR="25DF9699" w:rsidRPr="00044785" w14:paraId="79E2FCF6" w14:textId="77777777" w:rsidTr="25DF9699">
        <w:tc>
          <w:tcPr>
            <w:tcW w:w="4860" w:type="dxa"/>
            <w:shd w:val="clear" w:color="auto" w:fill="EEF5F8"/>
          </w:tcPr>
          <w:p w14:paraId="217CF1A5" w14:textId="45C896A2" w:rsidR="25DF9699" w:rsidRDefault="25DF9699" w:rsidP="25DF9699">
            <w:r>
              <w:t>Keskeinen muutos</w:t>
            </w:r>
          </w:p>
        </w:tc>
        <w:tc>
          <w:tcPr>
            <w:tcW w:w="4860" w:type="dxa"/>
            <w:shd w:val="clear" w:color="auto" w:fill="EEF5F8"/>
          </w:tcPr>
          <w:p w14:paraId="563B767E" w14:textId="60FC29AB" w:rsidR="25DF9699" w:rsidRPr="00044785" w:rsidRDefault="25DF9699" w:rsidP="25DF9699">
            <w:pPr>
              <w:rPr>
                <w:lang w:val="fi-FI"/>
              </w:rPr>
            </w:pPr>
            <w:r w:rsidRPr="00044785">
              <w:rPr>
                <w:lang w:val="fi-FI"/>
              </w:rPr>
              <w:t>Omavalvontasuunnitelman rakenne ja sisältö on päivitetty vastaamaan valvontalakia, Valviran määräystä 1/2024, THL:n turvakotipalvelujen ohjausta, Kanta-käytäntöjä ja vuoden 2026 viranomaisuudistusta. Palveluyksikön henkilöstöä, toimitiloja, turvallisuutta, tietosuojaa, riskienhallintaa ja oikeusturvaa koskevat tiedot on ajantasaistettu.</w:t>
            </w:r>
          </w:p>
        </w:tc>
      </w:tr>
    </w:tbl>
    <w:p w14:paraId="40FE82E6" w14:textId="54C1C924" w:rsidR="25DF9699" w:rsidRPr="00044785" w:rsidRDefault="25DF9699" w:rsidP="25DF9699">
      <w:pPr>
        <w:rPr>
          <w:lang w:val="fi-FI"/>
        </w:rPr>
      </w:pPr>
    </w:p>
    <w:p w14:paraId="49912C46" w14:textId="77777777" w:rsidR="00981D2A" w:rsidRPr="00044785" w:rsidRDefault="25DF9699">
      <w:pPr>
        <w:pStyle w:val="Otsikko1"/>
        <w:rPr>
          <w:lang w:val="fi-FI"/>
        </w:rPr>
      </w:pPr>
      <w:r w:rsidRPr="00044785">
        <w:rPr>
          <w:rFonts w:ascii="Calibri" w:eastAsia="Calibri" w:hAnsi="Calibri" w:cs="Calibri"/>
          <w:lang w:val="fi-FI"/>
        </w:rPr>
        <w:t>Lähteet</w:t>
      </w:r>
    </w:p>
    <w:p w14:paraId="3F679556" w14:textId="77777777" w:rsidR="00981D2A" w:rsidRDefault="00767360">
      <w:r w:rsidRPr="00044785">
        <w:rPr>
          <w:lang w:val="fi-FI"/>
        </w:rPr>
        <w:t xml:space="preserve">Normihierarkiassa ensisijaisia ovat voimassa oleva lainsäädäntö ja toimivaltaisen viranomaisen määräykset. THL:n laatusuositukset, Kanta-ohjeet ja muut viranomaisohjeet konkretisoivat velvoitteiden toteuttamista. </w:t>
      </w:r>
      <w:r>
        <w:t>Paikalliset ohjeet eivät voi kaventaa asiakkaan lakisääteisiä oikeuksia.</w:t>
      </w:r>
    </w:p>
    <w:p w14:paraId="7E09C7AE" w14:textId="77777777" w:rsidR="00981D2A" w:rsidRPr="00044785" w:rsidRDefault="00767360">
      <w:pPr>
        <w:pStyle w:val="Merkittyluettelo"/>
        <w:rPr>
          <w:lang w:val="fi-FI"/>
        </w:rPr>
      </w:pPr>
      <w:r w:rsidRPr="00044785">
        <w:rPr>
          <w:lang w:val="fi-FI"/>
        </w:rPr>
        <w:t>Laki sosiaali- ja terveydenhuollon valvonnasta 741/2023 (erityisesti 10, 16, 27 ja 29 § sekä ilmoitusvelvollisuuksia koskevat säännökset), Finlex.</w:t>
      </w:r>
    </w:p>
    <w:p w14:paraId="7B842383" w14:textId="77777777" w:rsidR="00981D2A" w:rsidRPr="00044785" w:rsidRDefault="00767360">
      <w:pPr>
        <w:pStyle w:val="Merkittyluettelo"/>
        <w:rPr>
          <w:lang w:val="fi-FI"/>
        </w:rPr>
      </w:pPr>
      <w:r w:rsidRPr="00044785">
        <w:rPr>
          <w:lang w:val="fi-FI"/>
        </w:rPr>
        <w:t>Valviran määräys 1/2024: Sosiaali- ja terveydenhuollon palveluntuottajan palveluyksikkökohtaisen omavalvontasuunnitelman sisältö, laatiminen ja seuranta.</w:t>
      </w:r>
    </w:p>
    <w:p w14:paraId="2F6D505C" w14:textId="77777777" w:rsidR="00981D2A" w:rsidRPr="00044785" w:rsidRDefault="00767360">
      <w:pPr>
        <w:pStyle w:val="Merkittyluettelo"/>
        <w:rPr>
          <w:lang w:val="fi-FI"/>
        </w:rPr>
      </w:pPr>
      <w:r w:rsidRPr="00044785">
        <w:rPr>
          <w:lang w:val="fi-FI"/>
        </w:rPr>
        <w:t>Laki valtion varoista maksettavasta korvauksesta turvakotipalvelun tuottajalle 1354/2014 ja valtioneuvoston asetus 598/2015, Finlex.</w:t>
      </w:r>
    </w:p>
    <w:p w14:paraId="6949298B" w14:textId="77777777" w:rsidR="00981D2A" w:rsidRPr="00044785" w:rsidRDefault="00767360">
      <w:pPr>
        <w:pStyle w:val="Merkittyluettelo"/>
        <w:rPr>
          <w:lang w:val="fi-FI"/>
        </w:rPr>
      </w:pPr>
      <w:r w:rsidRPr="00044785">
        <w:rPr>
          <w:lang w:val="fi-FI"/>
        </w:rPr>
        <w:t>Laki sosiaalihuollon asiakkaan asemasta ja oikeuksista 812/2000; sosiaalihuoltolaki 1301/2014; laki sosiaalihuollon ammattihenkilöistä 817/2015.</w:t>
      </w:r>
    </w:p>
    <w:p w14:paraId="73C1C408" w14:textId="77777777" w:rsidR="00981D2A" w:rsidRPr="00044785" w:rsidRDefault="00767360">
      <w:pPr>
        <w:pStyle w:val="Merkittyluettelo"/>
        <w:rPr>
          <w:lang w:val="fi-FI"/>
        </w:rPr>
      </w:pPr>
      <w:r w:rsidRPr="00044785">
        <w:rPr>
          <w:lang w:val="fi-FI"/>
        </w:rPr>
        <w:lastRenderedPageBreak/>
        <w:t>Laki sosiaali- ja terveydenhuollon asiakastietojen käsittelystä 703/2023, EU:n yleinen tietosuoja-asetus 2016/679 ja tietosuojalaki 1050/2018.</w:t>
      </w:r>
    </w:p>
    <w:p w14:paraId="4404C7B8" w14:textId="77777777" w:rsidR="00981D2A" w:rsidRPr="00044785" w:rsidRDefault="00767360">
      <w:pPr>
        <w:pStyle w:val="Merkittyluettelo"/>
        <w:rPr>
          <w:lang w:val="fi-FI"/>
        </w:rPr>
      </w:pPr>
      <w:r w:rsidRPr="00044785">
        <w:rPr>
          <w:lang w:val="fi-FI"/>
        </w:rPr>
        <w:t>THL: Turvakotipalvelujen kansalliset laatusuositukset (Julkari 2024/2025, ajantasainen julkaisu); Lapset turvakodissa - laatusuositukset (Julkari 2023).</w:t>
      </w:r>
    </w:p>
    <w:p w14:paraId="554BAA8E" w14:textId="77777777" w:rsidR="00981D2A" w:rsidRPr="00044785" w:rsidRDefault="00767360">
      <w:pPr>
        <w:pStyle w:val="Merkittyluettelo"/>
        <w:rPr>
          <w:lang w:val="fi-FI"/>
        </w:rPr>
      </w:pPr>
      <w:r w:rsidRPr="00044785">
        <w:rPr>
          <w:lang w:val="fi-FI"/>
        </w:rPr>
        <w:t>Kanta-palvelut ja THL: Sosiaalihuollon asiakastietovarannon käyttöönotto, kirjaaminen, käyttöoikeudet, luovutusten hallinta, lokitiedot ja häiriötilanteet.</w:t>
      </w:r>
    </w:p>
    <w:p w14:paraId="16732966" w14:textId="77777777" w:rsidR="00981D2A" w:rsidRPr="00044785" w:rsidRDefault="00767360">
      <w:pPr>
        <w:pStyle w:val="Merkittyluettelo"/>
        <w:rPr>
          <w:lang w:val="fi-FI"/>
        </w:rPr>
      </w:pPr>
      <w:r w:rsidRPr="00044785">
        <w:rPr>
          <w:lang w:val="fi-FI"/>
        </w:rPr>
        <w:t>STM ja THL: Turvallinen lääkehoito -opas; laki lääkinnällisistä laitteista 719/2021.</w:t>
      </w:r>
    </w:p>
    <w:p w14:paraId="5001A660" w14:textId="77777777" w:rsidR="00981D2A" w:rsidRPr="00044785" w:rsidRDefault="00767360">
      <w:pPr>
        <w:pStyle w:val="Merkittyluettelo"/>
        <w:rPr>
          <w:lang w:val="fi-FI"/>
        </w:rPr>
      </w:pPr>
      <w:r w:rsidRPr="00044785">
        <w:rPr>
          <w:lang w:val="fi-FI"/>
        </w:rPr>
        <w:t>Tietosuojavaltuutetun toimisto: rekisteröidyn oikeudet, tietoturvaloukkaukset ja henkilötietojen käsittelyn periaatteet.</w:t>
      </w:r>
    </w:p>
    <w:p w14:paraId="478DBF5B" w14:textId="77777777" w:rsidR="00981D2A" w:rsidRPr="00044785" w:rsidRDefault="25DF9699">
      <w:pPr>
        <w:pStyle w:val="Merkittyluettelo"/>
        <w:rPr>
          <w:lang w:val="fi-FI"/>
        </w:rPr>
      </w:pPr>
      <w:r w:rsidRPr="00044785">
        <w:rPr>
          <w:lang w:val="fi-FI"/>
        </w:rPr>
        <w:t>Lupa- ja valvontaviraston ajantasaiset ohjeet, päätös palveluyksikön rekisteröinnistä 8.6.2026 (LVV-S/17902/2026) ja Soteri-rekisteritiedot.</w:t>
      </w:r>
    </w:p>
    <w:sectPr w:rsidR="00981D2A" w:rsidRPr="00044785"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1457063012">
    <w:abstractNumId w:val="8"/>
  </w:num>
  <w:num w:numId="2" w16cid:durableId="791287282">
    <w:abstractNumId w:val="6"/>
  </w:num>
  <w:num w:numId="3" w16cid:durableId="1213495147">
    <w:abstractNumId w:val="5"/>
  </w:num>
  <w:num w:numId="4" w16cid:durableId="1953198053">
    <w:abstractNumId w:val="4"/>
  </w:num>
  <w:num w:numId="5" w16cid:durableId="487593742">
    <w:abstractNumId w:val="7"/>
  </w:num>
  <w:num w:numId="6" w16cid:durableId="164826857">
    <w:abstractNumId w:val="3"/>
  </w:num>
  <w:num w:numId="7" w16cid:durableId="1617831256">
    <w:abstractNumId w:val="2"/>
  </w:num>
  <w:num w:numId="8" w16cid:durableId="1068771635">
    <w:abstractNumId w:val="1"/>
  </w:num>
  <w:num w:numId="9" w16cid:durableId="663316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785"/>
    <w:rsid w:val="0006063C"/>
    <w:rsid w:val="000F737D"/>
    <w:rsid w:val="00131F50"/>
    <w:rsid w:val="0015074B"/>
    <w:rsid w:val="0029639D"/>
    <w:rsid w:val="00326F90"/>
    <w:rsid w:val="007F7EAE"/>
    <w:rsid w:val="00981D2A"/>
    <w:rsid w:val="00AA1D8D"/>
    <w:rsid w:val="00B47730"/>
    <w:rsid w:val="00CB0664"/>
    <w:rsid w:val="00E1595F"/>
    <w:rsid w:val="00FC693F"/>
    <w:rsid w:val="07B197EB"/>
    <w:rsid w:val="096F23A4"/>
    <w:rsid w:val="0A6F9399"/>
    <w:rsid w:val="0B561483"/>
    <w:rsid w:val="0BEBD26B"/>
    <w:rsid w:val="0D726FD2"/>
    <w:rsid w:val="13135A89"/>
    <w:rsid w:val="152F62D5"/>
    <w:rsid w:val="18562550"/>
    <w:rsid w:val="18EE82C5"/>
    <w:rsid w:val="1BB903C8"/>
    <w:rsid w:val="1D8FFACF"/>
    <w:rsid w:val="1EAB494A"/>
    <w:rsid w:val="20A89DFE"/>
    <w:rsid w:val="23F9AC30"/>
    <w:rsid w:val="25DF9699"/>
    <w:rsid w:val="2A360D8B"/>
    <w:rsid w:val="2F1D1A13"/>
    <w:rsid w:val="33CF748D"/>
    <w:rsid w:val="34E01EA0"/>
    <w:rsid w:val="3A429DA0"/>
    <w:rsid w:val="3D376F43"/>
    <w:rsid w:val="3DF0EC62"/>
    <w:rsid w:val="484FA464"/>
    <w:rsid w:val="495A76FB"/>
    <w:rsid w:val="4961AD2F"/>
    <w:rsid w:val="4E624607"/>
    <w:rsid w:val="5281C26B"/>
    <w:rsid w:val="54ABF3E3"/>
    <w:rsid w:val="57AAB1BA"/>
    <w:rsid w:val="5B35B089"/>
    <w:rsid w:val="6479B69E"/>
    <w:rsid w:val="6833B881"/>
    <w:rsid w:val="68CB15C7"/>
    <w:rsid w:val="6A367977"/>
    <w:rsid w:val="6EA0530A"/>
    <w:rsid w:val="71688EEA"/>
    <w:rsid w:val="7281BF42"/>
    <w:rsid w:val="7620803B"/>
    <w:rsid w:val="793ED12F"/>
    <w:rsid w:val="7B2B5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0F4364F-FB25-410D-B46C-F70A6084E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pPr>
      <w:spacing w:after="100" w:line="259" w:lineRule="auto"/>
    </w:pPr>
    <w:rPr>
      <w:rFonts w:ascii="Aptos" w:hAnsi="Aptos"/>
      <w:sz w:val="21"/>
    </w:rPr>
  </w:style>
  <w:style w:type="paragraph" w:styleId="Otsikko1">
    <w:name w:val="heading 1"/>
    <w:basedOn w:val="Normaali"/>
    <w:next w:val="Normaali"/>
    <w:link w:val="Otsikko1Char"/>
    <w:uiPriority w:val="9"/>
    <w:qFormat/>
    <w:rsid w:val="00FC693F"/>
    <w:pPr>
      <w:keepNext/>
      <w:keepLines/>
      <w:spacing w:before="240"/>
      <w:outlineLvl w:val="0"/>
    </w:pPr>
    <w:rPr>
      <w:rFonts w:asciiTheme="majorHAnsi" w:eastAsiaTheme="majorEastAsia" w:hAnsiTheme="majorHAnsi" w:cstheme="majorBidi"/>
      <w:b/>
      <w:bCs/>
      <w:color w:val="1F4E79"/>
      <w:sz w:val="36"/>
      <w:szCs w:val="28"/>
    </w:rPr>
  </w:style>
  <w:style w:type="paragraph" w:styleId="Otsikko2">
    <w:name w:val="heading 2"/>
    <w:basedOn w:val="Normaali"/>
    <w:next w:val="Normaali"/>
    <w:link w:val="Otsikko2Char"/>
    <w:uiPriority w:val="9"/>
    <w:unhideWhenUsed/>
    <w:qFormat/>
    <w:rsid w:val="00FC693F"/>
    <w:pPr>
      <w:keepNext/>
      <w:keepLines/>
      <w:spacing w:before="180"/>
      <w:outlineLvl w:val="1"/>
    </w:pPr>
    <w:rPr>
      <w:rFonts w:asciiTheme="majorHAnsi" w:eastAsiaTheme="majorEastAsia" w:hAnsiTheme="majorHAnsi" w:cstheme="majorBidi"/>
      <w:b/>
      <w:bCs/>
      <w:color w:val="1F4E79"/>
      <w:sz w:val="28"/>
      <w:szCs w:val="26"/>
    </w:rPr>
  </w:style>
  <w:style w:type="paragraph" w:styleId="Otsikko3">
    <w:name w:val="heading 3"/>
    <w:basedOn w:val="Normaali"/>
    <w:next w:val="Normaali"/>
    <w:link w:val="Otsikko3Char"/>
    <w:uiPriority w:val="9"/>
    <w:unhideWhenUsed/>
    <w:qFormat/>
    <w:rsid w:val="00FC693F"/>
    <w:pPr>
      <w:keepNext/>
      <w:keepLines/>
      <w:spacing w:before="180"/>
      <w:outlineLvl w:val="2"/>
    </w:pPr>
    <w:rPr>
      <w:rFonts w:asciiTheme="majorHAnsi" w:eastAsiaTheme="majorEastAsia" w:hAnsiTheme="majorHAnsi" w:cstheme="majorBidi"/>
      <w:b/>
      <w:bCs/>
      <w:color w:val="2F6B55"/>
      <w:sz w:val="23"/>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2F0BD2384B29042B140F01B654FC28F" ma:contentTypeVersion="6" ma:contentTypeDescription="Luo uusi asiakirja." ma:contentTypeScope="" ma:versionID="cf3cb15b4201696ed2e42dc200ea8d86">
  <xsd:schema xmlns:xsd="http://www.w3.org/2001/XMLSchema" xmlns:xs="http://www.w3.org/2001/XMLSchema" xmlns:p="http://schemas.microsoft.com/office/2006/metadata/properties" xmlns:ns2="844d3191-a182-47e2-9e34-18513ff4c312" xmlns:ns3="c0ac60d9-c9e2-4a0e-b2ca-fdbcbabd06ee" targetNamespace="http://schemas.microsoft.com/office/2006/metadata/properties" ma:root="true" ma:fieldsID="cf7b5bcb023f68eb4d64217390222878" ns2:_="" ns3:_="">
    <xsd:import namespace="844d3191-a182-47e2-9e34-18513ff4c312"/>
    <xsd:import namespace="c0ac60d9-c9e2-4a0e-b2ca-fdbcbabd06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d3191-a182-47e2-9e34-18513ff4c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ac60d9-c9e2-4a0e-b2ca-fdbcbabd06ee"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92EE8-903C-4264-B525-C892CDDE2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d3191-a182-47e2-9e34-18513ff4c312"/>
    <ds:schemaRef ds:uri="c0ac60d9-c9e2-4a0e-b2ca-fdbcbabd0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E5CF419-C0E7-427A-96B2-A824810A83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15551D-5372-4158-87A5-D5DC4BEF3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1885</Words>
  <Characters>15275</Characters>
  <Application>Microsoft Office Word</Application>
  <DocSecurity>0</DocSecurity>
  <Lines>127</Lines>
  <Paragraphs>34</Paragraphs>
  <ScaleCrop>false</ScaleCrop>
  <Manager/>
  <Company/>
  <LinksUpToDate>false</LinksUpToDate>
  <CharactersWithSpaces>17126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Alina Keinänen</cp:lastModifiedBy>
  <cp:revision>2</cp:revision>
  <dcterms:created xsi:type="dcterms:W3CDTF">2026-10-13T05:57:00Z</dcterms:created>
  <dcterms:modified xsi:type="dcterms:W3CDTF">2026-10-13T05:57:00Z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0x010100B2F0BD2384B29042B140F01B654FC28F</vt:lpwstr>
  </property>
  <property fmtid="{D5CDD505-2E9C-101B-9397-08002B2CF9AE}" pid="3" name="docLang">
    <vt:lpwstr>fi</vt:lpwstr>
  </property>
</Properties>
</file>